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221D5" w14:textId="77777777" w:rsidR="00864AD9" w:rsidRDefault="00CB5C2E" w:rsidP="009427CC">
      <w:pPr>
        <w:pStyle w:val="Heading1"/>
        <w:jc w:val="right"/>
      </w:pPr>
      <w:r>
        <w:t>گایدلاین</w:t>
      </w:r>
      <w:r>
        <w:t xml:space="preserve"> </w:t>
      </w:r>
      <w:r>
        <w:t>درمان</w:t>
      </w:r>
      <w:r>
        <w:t>‌</w:t>
      </w:r>
      <w:r>
        <w:t>های</w:t>
      </w:r>
      <w:r>
        <w:t xml:space="preserve"> </w:t>
      </w:r>
      <w:r>
        <w:t>کمکی</w:t>
      </w:r>
      <w:r>
        <w:t xml:space="preserve"> </w:t>
      </w:r>
      <w:r>
        <w:t>در</w:t>
      </w:r>
      <w:r>
        <w:t xml:space="preserve"> </w:t>
      </w:r>
      <w:r>
        <w:t>ناباروری</w:t>
      </w:r>
      <w:r>
        <w:t xml:space="preserve"> </w:t>
      </w:r>
      <w:r>
        <w:t>مرتبط</w:t>
      </w:r>
      <w:r>
        <w:t xml:space="preserve"> </w:t>
      </w:r>
      <w:r>
        <w:t>با</w:t>
      </w:r>
      <w:r>
        <w:t xml:space="preserve"> PCOS</w:t>
      </w:r>
    </w:p>
    <w:p w14:paraId="57B8A811" w14:textId="77777777" w:rsidR="00864AD9" w:rsidRDefault="00CB5C2E" w:rsidP="00600FAF">
      <w:pPr>
        <w:jc w:val="right"/>
      </w:pPr>
      <w:r>
        <w:br/>
      </w:r>
      <w:r>
        <w:t>این</w:t>
      </w:r>
      <w:r>
        <w:t xml:space="preserve"> </w:t>
      </w:r>
      <w:r>
        <w:t>راهنما</w:t>
      </w:r>
      <w:r>
        <w:t xml:space="preserve"> </w:t>
      </w:r>
      <w:r>
        <w:t>با</w:t>
      </w:r>
      <w:r>
        <w:t xml:space="preserve"> </w:t>
      </w:r>
      <w:r>
        <w:t>هدف</w:t>
      </w:r>
      <w:r>
        <w:t xml:space="preserve"> </w:t>
      </w:r>
      <w:r>
        <w:t>مرور</w:t>
      </w:r>
      <w:r>
        <w:t xml:space="preserve"> </w:t>
      </w:r>
      <w:r>
        <w:t>درمان</w:t>
      </w:r>
      <w:r>
        <w:t>‌</w:t>
      </w:r>
      <w:r>
        <w:t>های</w:t>
      </w:r>
      <w:r>
        <w:t xml:space="preserve"> </w:t>
      </w:r>
      <w:r>
        <w:t>کمکی</w:t>
      </w:r>
      <w:r>
        <w:t xml:space="preserve"> (Adjuvant Therapies) </w:t>
      </w:r>
      <w:r>
        <w:t>در</w:t>
      </w:r>
      <w:r>
        <w:t xml:space="preserve"> </w:t>
      </w:r>
      <w:r>
        <w:t>بیماران</w:t>
      </w:r>
      <w:r>
        <w:t xml:space="preserve"> </w:t>
      </w:r>
      <w:r>
        <w:t>مبتلا</w:t>
      </w:r>
      <w:r>
        <w:t xml:space="preserve"> </w:t>
      </w:r>
      <w:r>
        <w:t>به</w:t>
      </w:r>
      <w:r>
        <w:t xml:space="preserve"> </w:t>
      </w:r>
      <w:r>
        <w:t>سندرم</w:t>
      </w:r>
      <w:r>
        <w:t xml:space="preserve"> </w:t>
      </w:r>
      <w:r>
        <w:t>تخمدان</w:t>
      </w:r>
      <w:r>
        <w:t xml:space="preserve"> </w:t>
      </w:r>
      <w:r>
        <w:t>پلی</w:t>
      </w:r>
      <w:r>
        <w:t>‌</w:t>
      </w:r>
      <w:r>
        <w:t>کیستیک</w:t>
      </w:r>
      <w:r>
        <w:t xml:space="preserve"> (PCOS) </w:t>
      </w:r>
      <w:r>
        <w:t>و</w:t>
      </w:r>
      <w:r>
        <w:t xml:space="preserve"> </w:t>
      </w:r>
      <w:r>
        <w:t>کاربرد</w:t>
      </w:r>
      <w:r>
        <w:t xml:space="preserve"> </w:t>
      </w:r>
      <w:r>
        <w:t>آن</w:t>
      </w:r>
      <w:r>
        <w:t>‌</w:t>
      </w:r>
      <w:r>
        <w:t>ها</w:t>
      </w:r>
      <w:r>
        <w:t xml:space="preserve"> </w:t>
      </w:r>
      <w:r>
        <w:t>در</w:t>
      </w:r>
      <w:r>
        <w:t xml:space="preserve"> </w:t>
      </w:r>
      <w:r>
        <w:t>درمان</w:t>
      </w:r>
      <w:r>
        <w:t xml:space="preserve"> </w:t>
      </w:r>
      <w:r>
        <w:t>ناباروری</w:t>
      </w:r>
      <w:r>
        <w:t xml:space="preserve"> </w:t>
      </w:r>
      <w:r>
        <w:t>تهیه</w:t>
      </w:r>
      <w:r>
        <w:t xml:space="preserve"> </w:t>
      </w:r>
      <w:r>
        <w:t>شده</w:t>
      </w:r>
      <w:r>
        <w:t xml:space="preserve"> </w:t>
      </w:r>
      <w:r>
        <w:t>است</w:t>
      </w:r>
      <w:r>
        <w:t xml:space="preserve">. </w:t>
      </w:r>
      <w:r>
        <w:t>تأکید</w:t>
      </w:r>
      <w:r>
        <w:t xml:space="preserve"> </w:t>
      </w:r>
      <w:r>
        <w:t>اصلی</w:t>
      </w:r>
      <w:r>
        <w:t xml:space="preserve"> </w:t>
      </w:r>
      <w:r>
        <w:t>این</w:t>
      </w:r>
      <w:r>
        <w:t xml:space="preserve"> </w:t>
      </w:r>
      <w:r>
        <w:t>گایدلاین</w:t>
      </w:r>
      <w:r>
        <w:t xml:space="preserve"> </w:t>
      </w:r>
      <w:r>
        <w:t>بر</w:t>
      </w:r>
      <w:r>
        <w:t xml:space="preserve"> </w:t>
      </w:r>
      <w:r>
        <w:t>انتخاب</w:t>
      </w:r>
      <w:r>
        <w:t xml:space="preserve"> </w:t>
      </w:r>
      <w:r>
        <w:t>درمان</w:t>
      </w:r>
      <w:r>
        <w:t xml:space="preserve"> </w:t>
      </w:r>
      <w:r>
        <w:t>بر</w:t>
      </w:r>
      <w:r>
        <w:t xml:space="preserve"> </w:t>
      </w:r>
      <w:r>
        <w:t>اساس</w:t>
      </w:r>
      <w:r>
        <w:t xml:space="preserve"> </w:t>
      </w:r>
      <w:r>
        <w:t>فنوتیپ</w:t>
      </w:r>
      <w:r>
        <w:t xml:space="preserve"> </w:t>
      </w:r>
      <w:r>
        <w:t>بیمار،</w:t>
      </w:r>
      <w:r>
        <w:t xml:space="preserve"> </w:t>
      </w:r>
      <w:r>
        <w:t>وضعیت</w:t>
      </w:r>
      <w:r>
        <w:t xml:space="preserve"> </w:t>
      </w:r>
      <w:r>
        <w:t>متابولیک،</w:t>
      </w:r>
      <w:r>
        <w:t xml:space="preserve"> </w:t>
      </w:r>
      <w:r>
        <w:t>شدت</w:t>
      </w:r>
      <w:r>
        <w:t xml:space="preserve"> </w:t>
      </w:r>
      <w:r>
        <w:t>هایپرآندروژنیسم</w:t>
      </w:r>
      <w:r>
        <w:t xml:space="preserve"> </w:t>
      </w:r>
      <w:r>
        <w:t>و</w:t>
      </w:r>
      <w:r>
        <w:t xml:space="preserve"> </w:t>
      </w:r>
      <w:r>
        <w:t>پاسخ</w:t>
      </w:r>
      <w:r>
        <w:t xml:space="preserve"> </w:t>
      </w:r>
      <w:r>
        <w:t>به</w:t>
      </w:r>
      <w:r>
        <w:t xml:space="preserve"> </w:t>
      </w:r>
      <w:r>
        <w:t>درمان</w:t>
      </w:r>
      <w:r>
        <w:t>‌</w:t>
      </w:r>
      <w:r>
        <w:t>های</w:t>
      </w:r>
      <w:r>
        <w:t xml:space="preserve"> </w:t>
      </w:r>
      <w:r>
        <w:t>قبلی</w:t>
      </w:r>
      <w:r>
        <w:t xml:space="preserve"> </w:t>
      </w:r>
      <w:r>
        <w:t>است</w:t>
      </w:r>
      <w:r>
        <w:t>.</w:t>
      </w:r>
      <w:r>
        <w:br/>
      </w:r>
    </w:p>
    <w:p w14:paraId="62147D26" w14:textId="77777777" w:rsidR="00864AD9" w:rsidRDefault="00CB5C2E" w:rsidP="00600FAF">
      <w:pPr>
        <w:pStyle w:val="Heading2"/>
        <w:jc w:val="right"/>
      </w:pPr>
      <w:r>
        <w:t>۱</w:t>
      </w:r>
      <w:r>
        <w:t xml:space="preserve">. </w:t>
      </w:r>
      <w:r>
        <w:t>درمان</w:t>
      </w:r>
      <w:r>
        <w:t>‌</w:t>
      </w:r>
      <w:r>
        <w:t>های</w:t>
      </w:r>
      <w:r>
        <w:t xml:space="preserve"> </w:t>
      </w:r>
      <w:r>
        <w:t>متابولیک</w:t>
      </w:r>
    </w:p>
    <w:p w14:paraId="47120700" w14:textId="77777777" w:rsidR="00864AD9" w:rsidRDefault="00CB5C2E" w:rsidP="00600FAF">
      <w:pPr>
        <w:jc w:val="right"/>
      </w:pPr>
      <w:r>
        <w:rPr>
          <w:sz w:val="24"/>
        </w:rPr>
        <w:br/>
      </w:r>
      <w:r>
        <w:rPr>
          <w:sz w:val="24"/>
        </w:rPr>
        <w:t>متفورمین</w:t>
      </w:r>
      <w:r>
        <w:rPr>
          <w:sz w:val="24"/>
        </w:rPr>
        <w:t xml:space="preserve"> </w:t>
      </w:r>
      <w:r>
        <w:rPr>
          <w:sz w:val="24"/>
        </w:rPr>
        <w:t>همچنان</w:t>
      </w:r>
      <w:r>
        <w:rPr>
          <w:sz w:val="24"/>
        </w:rPr>
        <w:t xml:space="preserve"> </w:t>
      </w:r>
      <w:r>
        <w:rPr>
          <w:sz w:val="24"/>
        </w:rPr>
        <w:t>به</w:t>
      </w:r>
      <w:r>
        <w:rPr>
          <w:sz w:val="24"/>
        </w:rPr>
        <w:t>‌</w:t>
      </w:r>
      <w:r>
        <w:rPr>
          <w:sz w:val="24"/>
        </w:rPr>
        <w:t>عنوان</w:t>
      </w:r>
      <w:r>
        <w:rPr>
          <w:sz w:val="24"/>
        </w:rPr>
        <w:t xml:space="preserve"> </w:t>
      </w:r>
      <w:r>
        <w:rPr>
          <w:sz w:val="24"/>
        </w:rPr>
        <w:t>پایه</w:t>
      </w:r>
      <w:r>
        <w:rPr>
          <w:sz w:val="24"/>
        </w:rPr>
        <w:t xml:space="preserve"> </w:t>
      </w:r>
      <w:r>
        <w:rPr>
          <w:sz w:val="24"/>
        </w:rPr>
        <w:t>درمان</w:t>
      </w:r>
      <w:r>
        <w:rPr>
          <w:sz w:val="24"/>
        </w:rPr>
        <w:t xml:space="preserve"> </w:t>
      </w:r>
      <w:r>
        <w:rPr>
          <w:sz w:val="24"/>
        </w:rPr>
        <w:t>متابولیک</w:t>
      </w:r>
      <w:r>
        <w:rPr>
          <w:sz w:val="24"/>
        </w:rPr>
        <w:t xml:space="preserve"> </w:t>
      </w:r>
      <w:r>
        <w:rPr>
          <w:sz w:val="24"/>
        </w:rPr>
        <w:t>در</w:t>
      </w:r>
      <w:r>
        <w:rPr>
          <w:sz w:val="24"/>
        </w:rPr>
        <w:t xml:space="preserve"> </w:t>
      </w:r>
      <w:r>
        <w:rPr>
          <w:sz w:val="24"/>
        </w:rPr>
        <w:t>بیماران</w:t>
      </w:r>
      <w:r>
        <w:rPr>
          <w:sz w:val="24"/>
        </w:rPr>
        <w:t xml:space="preserve"> </w:t>
      </w:r>
      <w:r>
        <w:rPr>
          <w:sz w:val="24"/>
        </w:rPr>
        <w:t>مبتلا</w:t>
      </w:r>
      <w:r>
        <w:rPr>
          <w:sz w:val="24"/>
        </w:rPr>
        <w:t xml:space="preserve"> </w:t>
      </w:r>
      <w:r>
        <w:rPr>
          <w:sz w:val="24"/>
        </w:rPr>
        <w:t>به</w:t>
      </w:r>
      <w:r>
        <w:rPr>
          <w:sz w:val="24"/>
        </w:rPr>
        <w:t xml:space="preserve"> PCOS </w:t>
      </w:r>
      <w:r>
        <w:rPr>
          <w:sz w:val="24"/>
        </w:rPr>
        <w:t>شناخته</w:t>
      </w:r>
      <w:r>
        <w:rPr>
          <w:sz w:val="24"/>
        </w:rPr>
        <w:t xml:space="preserve"> </w:t>
      </w:r>
      <w:r>
        <w:rPr>
          <w:sz w:val="24"/>
        </w:rPr>
        <w:t>می</w:t>
      </w:r>
      <w:r>
        <w:rPr>
          <w:sz w:val="24"/>
        </w:rPr>
        <w:t>‌</w:t>
      </w:r>
      <w:r>
        <w:rPr>
          <w:sz w:val="24"/>
        </w:rPr>
        <w:t>شود</w:t>
      </w:r>
      <w:r>
        <w:rPr>
          <w:sz w:val="24"/>
        </w:rPr>
        <w:t xml:space="preserve">. </w:t>
      </w:r>
      <w:r>
        <w:rPr>
          <w:sz w:val="24"/>
        </w:rPr>
        <w:t>این</w:t>
      </w:r>
      <w:r>
        <w:rPr>
          <w:sz w:val="24"/>
        </w:rPr>
        <w:t xml:space="preserve"> </w:t>
      </w:r>
      <w:r>
        <w:rPr>
          <w:sz w:val="24"/>
        </w:rPr>
        <w:t>دارو</w:t>
      </w:r>
      <w:r>
        <w:rPr>
          <w:sz w:val="24"/>
        </w:rPr>
        <w:t xml:space="preserve"> </w:t>
      </w:r>
      <w:r>
        <w:rPr>
          <w:sz w:val="24"/>
        </w:rPr>
        <w:t>از</w:t>
      </w:r>
      <w:r>
        <w:rPr>
          <w:sz w:val="24"/>
        </w:rPr>
        <w:t xml:space="preserve"> </w:t>
      </w:r>
      <w:r>
        <w:rPr>
          <w:sz w:val="24"/>
        </w:rPr>
        <w:t>طریق</w:t>
      </w:r>
      <w:r>
        <w:rPr>
          <w:sz w:val="24"/>
        </w:rPr>
        <w:t xml:space="preserve"> </w:t>
      </w:r>
      <w:r>
        <w:rPr>
          <w:sz w:val="24"/>
        </w:rPr>
        <w:t>کاهش</w:t>
      </w:r>
      <w:r>
        <w:rPr>
          <w:sz w:val="24"/>
        </w:rPr>
        <w:t xml:space="preserve"> </w:t>
      </w:r>
      <w:r>
        <w:rPr>
          <w:sz w:val="24"/>
        </w:rPr>
        <w:t>مقاومت</w:t>
      </w:r>
      <w:r>
        <w:rPr>
          <w:sz w:val="24"/>
        </w:rPr>
        <w:t xml:space="preserve"> </w:t>
      </w:r>
      <w:r>
        <w:rPr>
          <w:sz w:val="24"/>
        </w:rPr>
        <w:t>به</w:t>
      </w:r>
      <w:r>
        <w:rPr>
          <w:sz w:val="24"/>
        </w:rPr>
        <w:t xml:space="preserve"> </w:t>
      </w:r>
      <w:r>
        <w:rPr>
          <w:sz w:val="24"/>
        </w:rPr>
        <w:t>انسولین،</w:t>
      </w:r>
      <w:r>
        <w:rPr>
          <w:sz w:val="24"/>
        </w:rPr>
        <w:t xml:space="preserve"> </w:t>
      </w:r>
      <w:r>
        <w:rPr>
          <w:sz w:val="24"/>
        </w:rPr>
        <w:t>بهبود</w:t>
      </w:r>
      <w:r>
        <w:rPr>
          <w:sz w:val="24"/>
        </w:rPr>
        <w:t xml:space="preserve"> </w:t>
      </w:r>
      <w:r>
        <w:rPr>
          <w:sz w:val="24"/>
        </w:rPr>
        <w:t>تخمک</w:t>
      </w:r>
      <w:r>
        <w:rPr>
          <w:sz w:val="24"/>
        </w:rPr>
        <w:t>‌</w:t>
      </w:r>
      <w:r>
        <w:rPr>
          <w:sz w:val="24"/>
        </w:rPr>
        <w:t>گذاری،</w:t>
      </w:r>
      <w:r>
        <w:rPr>
          <w:sz w:val="24"/>
        </w:rPr>
        <w:t xml:space="preserve"> </w:t>
      </w:r>
      <w:r>
        <w:rPr>
          <w:sz w:val="24"/>
        </w:rPr>
        <w:t>تنظیم</w:t>
      </w:r>
      <w:r>
        <w:rPr>
          <w:sz w:val="24"/>
        </w:rPr>
        <w:t xml:space="preserve"> </w:t>
      </w:r>
      <w:r>
        <w:rPr>
          <w:sz w:val="24"/>
        </w:rPr>
        <w:t>سیکل</w:t>
      </w:r>
      <w:r>
        <w:rPr>
          <w:sz w:val="24"/>
        </w:rPr>
        <w:t xml:space="preserve"> </w:t>
      </w:r>
      <w:r>
        <w:rPr>
          <w:sz w:val="24"/>
        </w:rPr>
        <w:t>قاعدگی</w:t>
      </w:r>
      <w:r>
        <w:rPr>
          <w:sz w:val="24"/>
        </w:rPr>
        <w:t xml:space="preserve"> </w:t>
      </w:r>
      <w:r>
        <w:rPr>
          <w:sz w:val="24"/>
        </w:rPr>
        <w:t>و</w:t>
      </w:r>
      <w:r>
        <w:rPr>
          <w:sz w:val="24"/>
        </w:rPr>
        <w:t xml:space="preserve"> </w:t>
      </w:r>
      <w:r>
        <w:rPr>
          <w:sz w:val="24"/>
        </w:rPr>
        <w:t>کاهش</w:t>
      </w:r>
      <w:r>
        <w:rPr>
          <w:sz w:val="24"/>
        </w:rPr>
        <w:t xml:space="preserve"> </w:t>
      </w:r>
      <w:r>
        <w:rPr>
          <w:sz w:val="24"/>
        </w:rPr>
        <w:t>عوارض</w:t>
      </w:r>
      <w:r>
        <w:rPr>
          <w:sz w:val="24"/>
        </w:rPr>
        <w:t xml:space="preserve"> </w:t>
      </w:r>
      <w:r>
        <w:rPr>
          <w:sz w:val="24"/>
        </w:rPr>
        <w:t>متابولیک</w:t>
      </w:r>
      <w:r>
        <w:rPr>
          <w:sz w:val="24"/>
        </w:rPr>
        <w:t xml:space="preserve"> </w:t>
      </w:r>
      <w:r>
        <w:rPr>
          <w:sz w:val="24"/>
        </w:rPr>
        <w:t>عمل</w:t>
      </w:r>
      <w:r>
        <w:rPr>
          <w:sz w:val="24"/>
        </w:rPr>
        <w:t xml:space="preserve"> </w:t>
      </w:r>
      <w:r>
        <w:rPr>
          <w:sz w:val="24"/>
        </w:rPr>
        <w:t>می</w:t>
      </w:r>
      <w:r>
        <w:rPr>
          <w:sz w:val="24"/>
        </w:rPr>
        <w:t>‌</w:t>
      </w:r>
      <w:r>
        <w:rPr>
          <w:sz w:val="24"/>
        </w:rPr>
        <w:t>کند</w:t>
      </w:r>
      <w:r>
        <w:rPr>
          <w:sz w:val="24"/>
        </w:rPr>
        <w:t xml:space="preserve">. </w:t>
      </w:r>
      <w:r>
        <w:rPr>
          <w:sz w:val="24"/>
        </w:rPr>
        <w:t>همچنین</w:t>
      </w:r>
      <w:r>
        <w:rPr>
          <w:sz w:val="24"/>
        </w:rPr>
        <w:t xml:space="preserve"> </w:t>
      </w:r>
      <w:r>
        <w:rPr>
          <w:sz w:val="24"/>
        </w:rPr>
        <w:t>در</w:t>
      </w:r>
      <w:r>
        <w:rPr>
          <w:sz w:val="24"/>
        </w:rPr>
        <w:t xml:space="preserve"> </w:t>
      </w:r>
      <w:r>
        <w:rPr>
          <w:sz w:val="24"/>
        </w:rPr>
        <w:t>بیماران</w:t>
      </w:r>
      <w:r>
        <w:rPr>
          <w:sz w:val="24"/>
        </w:rPr>
        <w:t xml:space="preserve"> </w:t>
      </w:r>
      <w:r>
        <w:rPr>
          <w:sz w:val="24"/>
        </w:rPr>
        <w:t>تحت</w:t>
      </w:r>
      <w:r>
        <w:rPr>
          <w:sz w:val="24"/>
        </w:rPr>
        <w:t xml:space="preserve"> IVF </w:t>
      </w:r>
      <w:r>
        <w:rPr>
          <w:sz w:val="24"/>
        </w:rPr>
        <w:t>می</w:t>
      </w:r>
      <w:r>
        <w:rPr>
          <w:sz w:val="24"/>
        </w:rPr>
        <w:t>‌</w:t>
      </w:r>
      <w:r>
        <w:rPr>
          <w:sz w:val="24"/>
        </w:rPr>
        <w:t>تواند</w:t>
      </w:r>
      <w:r>
        <w:rPr>
          <w:sz w:val="24"/>
        </w:rPr>
        <w:t xml:space="preserve"> </w:t>
      </w:r>
      <w:r>
        <w:rPr>
          <w:sz w:val="24"/>
        </w:rPr>
        <w:t>خطر</w:t>
      </w:r>
      <w:r>
        <w:rPr>
          <w:sz w:val="24"/>
        </w:rPr>
        <w:t xml:space="preserve"> OHSS </w:t>
      </w:r>
      <w:r>
        <w:rPr>
          <w:sz w:val="24"/>
        </w:rPr>
        <w:t>را</w:t>
      </w:r>
      <w:r>
        <w:rPr>
          <w:sz w:val="24"/>
        </w:rPr>
        <w:t xml:space="preserve"> </w:t>
      </w:r>
      <w:r>
        <w:rPr>
          <w:sz w:val="24"/>
        </w:rPr>
        <w:t>کاهش</w:t>
      </w:r>
      <w:r>
        <w:rPr>
          <w:sz w:val="24"/>
        </w:rPr>
        <w:t xml:space="preserve"> </w:t>
      </w:r>
      <w:r>
        <w:rPr>
          <w:sz w:val="24"/>
        </w:rPr>
        <w:t>دهد</w:t>
      </w:r>
      <w:r>
        <w:rPr>
          <w:sz w:val="24"/>
        </w:rPr>
        <w:t>.</w:t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t>آگونیست</w:t>
      </w:r>
      <w:r>
        <w:rPr>
          <w:sz w:val="24"/>
        </w:rPr>
        <w:t>‌</w:t>
      </w:r>
      <w:r>
        <w:rPr>
          <w:sz w:val="24"/>
        </w:rPr>
        <w:t>های</w:t>
      </w:r>
      <w:r>
        <w:rPr>
          <w:sz w:val="24"/>
        </w:rPr>
        <w:t xml:space="preserve"> GLP-1 </w:t>
      </w:r>
      <w:r>
        <w:rPr>
          <w:sz w:val="24"/>
        </w:rPr>
        <w:t>مانند</w:t>
      </w:r>
      <w:r>
        <w:rPr>
          <w:sz w:val="24"/>
        </w:rPr>
        <w:t xml:space="preserve"> </w:t>
      </w:r>
      <w:r>
        <w:rPr>
          <w:sz w:val="24"/>
        </w:rPr>
        <w:t>لیراگلوتاید</w:t>
      </w:r>
      <w:r>
        <w:rPr>
          <w:sz w:val="24"/>
        </w:rPr>
        <w:t xml:space="preserve"> </w:t>
      </w:r>
      <w:r>
        <w:rPr>
          <w:sz w:val="24"/>
        </w:rPr>
        <w:t>و</w:t>
      </w:r>
      <w:r>
        <w:rPr>
          <w:sz w:val="24"/>
        </w:rPr>
        <w:t xml:space="preserve"> </w:t>
      </w:r>
      <w:r>
        <w:rPr>
          <w:sz w:val="24"/>
        </w:rPr>
        <w:t>سماگلوتاید</w:t>
      </w:r>
      <w:r>
        <w:rPr>
          <w:sz w:val="24"/>
        </w:rPr>
        <w:t xml:space="preserve"> </w:t>
      </w:r>
      <w:r>
        <w:rPr>
          <w:sz w:val="24"/>
        </w:rPr>
        <w:t>در</w:t>
      </w:r>
      <w:r>
        <w:rPr>
          <w:sz w:val="24"/>
        </w:rPr>
        <w:t xml:space="preserve"> </w:t>
      </w:r>
      <w:r>
        <w:rPr>
          <w:sz w:val="24"/>
        </w:rPr>
        <w:t>بیماران</w:t>
      </w:r>
      <w:r>
        <w:rPr>
          <w:sz w:val="24"/>
        </w:rPr>
        <w:t xml:space="preserve"> </w:t>
      </w:r>
      <w:r>
        <w:rPr>
          <w:sz w:val="24"/>
        </w:rPr>
        <w:t>دارای</w:t>
      </w:r>
      <w:r>
        <w:rPr>
          <w:sz w:val="24"/>
        </w:rPr>
        <w:t xml:space="preserve"> </w:t>
      </w:r>
      <w:r>
        <w:rPr>
          <w:sz w:val="24"/>
        </w:rPr>
        <w:t>اضافه</w:t>
      </w:r>
      <w:r>
        <w:rPr>
          <w:sz w:val="24"/>
        </w:rPr>
        <w:t xml:space="preserve"> </w:t>
      </w:r>
      <w:r>
        <w:rPr>
          <w:sz w:val="24"/>
        </w:rPr>
        <w:t>وزن</w:t>
      </w:r>
      <w:r>
        <w:rPr>
          <w:sz w:val="24"/>
        </w:rPr>
        <w:t xml:space="preserve"> </w:t>
      </w:r>
      <w:r>
        <w:rPr>
          <w:sz w:val="24"/>
        </w:rPr>
        <w:t>یا</w:t>
      </w:r>
      <w:r>
        <w:rPr>
          <w:sz w:val="24"/>
        </w:rPr>
        <w:t xml:space="preserve"> </w:t>
      </w:r>
      <w:r>
        <w:rPr>
          <w:sz w:val="24"/>
        </w:rPr>
        <w:t>چاقی،</w:t>
      </w:r>
      <w:r>
        <w:rPr>
          <w:sz w:val="24"/>
        </w:rPr>
        <w:t xml:space="preserve"> </w:t>
      </w:r>
      <w:r>
        <w:rPr>
          <w:sz w:val="24"/>
        </w:rPr>
        <w:t>به</w:t>
      </w:r>
      <w:r>
        <w:rPr>
          <w:sz w:val="24"/>
        </w:rPr>
        <w:t>‌</w:t>
      </w:r>
      <w:r>
        <w:rPr>
          <w:sz w:val="24"/>
        </w:rPr>
        <w:t>ویژه</w:t>
      </w:r>
      <w:r>
        <w:rPr>
          <w:sz w:val="24"/>
        </w:rPr>
        <w:t xml:space="preserve"> </w:t>
      </w:r>
      <w:r>
        <w:rPr>
          <w:sz w:val="24"/>
        </w:rPr>
        <w:t>در</w:t>
      </w:r>
      <w:r>
        <w:rPr>
          <w:sz w:val="24"/>
        </w:rPr>
        <w:t xml:space="preserve"> </w:t>
      </w:r>
      <w:r>
        <w:rPr>
          <w:sz w:val="24"/>
        </w:rPr>
        <w:t>موارد</w:t>
      </w:r>
      <w:r>
        <w:rPr>
          <w:sz w:val="24"/>
        </w:rPr>
        <w:t xml:space="preserve"> </w:t>
      </w:r>
      <w:r>
        <w:rPr>
          <w:sz w:val="24"/>
        </w:rPr>
        <w:t>مقاوم</w:t>
      </w:r>
      <w:r>
        <w:rPr>
          <w:sz w:val="24"/>
        </w:rPr>
        <w:t xml:space="preserve"> </w:t>
      </w:r>
      <w:r>
        <w:rPr>
          <w:sz w:val="24"/>
        </w:rPr>
        <w:t>به</w:t>
      </w:r>
      <w:r>
        <w:rPr>
          <w:sz w:val="24"/>
        </w:rPr>
        <w:t xml:space="preserve"> </w:t>
      </w:r>
      <w:r>
        <w:rPr>
          <w:sz w:val="24"/>
        </w:rPr>
        <w:t>درمان،</w:t>
      </w:r>
      <w:r>
        <w:rPr>
          <w:sz w:val="24"/>
        </w:rPr>
        <w:t xml:space="preserve"> </w:t>
      </w:r>
      <w:r>
        <w:rPr>
          <w:sz w:val="24"/>
        </w:rPr>
        <w:t>توصیه</w:t>
      </w:r>
      <w:r>
        <w:rPr>
          <w:sz w:val="24"/>
        </w:rPr>
        <w:t xml:space="preserve"> </w:t>
      </w:r>
      <w:r>
        <w:rPr>
          <w:sz w:val="24"/>
        </w:rPr>
        <w:t>می</w:t>
      </w:r>
      <w:r>
        <w:rPr>
          <w:sz w:val="24"/>
        </w:rPr>
        <w:t>‌</w:t>
      </w:r>
      <w:r>
        <w:rPr>
          <w:sz w:val="24"/>
        </w:rPr>
        <w:t>شوند</w:t>
      </w:r>
      <w:r>
        <w:rPr>
          <w:sz w:val="24"/>
        </w:rPr>
        <w:t xml:space="preserve">. </w:t>
      </w:r>
      <w:r>
        <w:rPr>
          <w:sz w:val="24"/>
        </w:rPr>
        <w:t>این</w:t>
      </w:r>
      <w:r>
        <w:rPr>
          <w:sz w:val="24"/>
        </w:rPr>
        <w:t xml:space="preserve"> </w:t>
      </w:r>
      <w:r>
        <w:rPr>
          <w:sz w:val="24"/>
        </w:rPr>
        <w:t>داروها</w:t>
      </w:r>
      <w:r>
        <w:rPr>
          <w:sz w:val="24"/>
        </w:rPr>
        <w:t xml:space="preserve"> </w:t>
      </w:r>
      <w:r>
        <w:rPr>
          <w:sz w:val="24"/>
        </w:rPr>
        <w:t>موجب</w:t>
      </w:r>
      <w:r>
        <w:rPr>
          <w:sz w:val="24"/>
        </w:rPr>
        <w:t xml:space="preserve"> </w:t>
      </w:r>
      <w:r>
        <w:rPr>
          <w:sz w:val="24"/>
        </w:rPr>
        <w:t>کاهش</w:t>
      </w:r>
      <w:r>
        <w:rPr>
          <w:sz w:val="24"/>
        </w:rPr>
        <w:t xml:space="preserve"> </w:t>
      </w:r>
      <w:r>
        <w:rPr>
          <w:sz w:val="24"/>
        </w:rPr>
        <w:t>وزن،</w:t>
      </w:r>
      <w:r>
        <w:rPr>
          <w:sz w:val="24"/>
        </w:rPr>
        <w:t xml:space="preserve"> </w:t>
      </w:r>
      <w:r>
        <w:rPr>
          <w:sz w:val="24"/>
        </w:rPr>
        <w:t>بهبود</w:t>
      </w:r>
      <w:r>
        <w:rPr>
          <w:sz w:val="24"/>
        </w:rPr>
        <w:t xml:space="preserve"> </w:t>
      </w:r>
      <w:r>
        <w:rPr>
          <w:sz w:val="24"/>
        </w:rPr>
        <w:t>حساسیت</w:t>
      </w:r>
      <w:r>
        <w:rPr>
          <w:sz w:val="24"/>
        </w:rPr>
        <w:t xml:space="preserve"> </w:t>
      </w:r>
      <w:r>
        <w:rPr>
          <w:sz w:val="24"/>
        </w:rPr>
        <w:t>به</w:t>
      </w:r>
      <w:r>
        <w:rPr>
          <w:sz w:val="24"/>
        </w:rPr>
        <w:t xml:space="preserve"> </w:t>
      </w:r>
      <w:r>
        <w:rPr>
          <w:sz w:val="24"/>
        </w:rPr>
        <w:t>انسولین</w:t>
      </w:r>
      <w:r>
        <w:rPr>
          <w:sz w:val="24"/>
        </w:rPr>
        <w:t xml:space="preserve"> </w:t>
      </w:r>
      <w:r>
        <w:rPr>
          <w:sz w:val="24"/>
        </w:rPr>
        <w:t>و</w:t>
      </w:r>
      <w:r>
        <w:rPr>
          <w:sz w:val="24"/>
        </w:rPr>
        <w:t xml:space="preserve"> </w:t>
      </w:r>
      <w:r>
        <w:rPr>
          <w:sz w:val="24"/>
        </w:rPr>
        <w:t>بهبود</w:t>
      </w:r>
      <w:r>
        <w:rPr>
          <w:sz w:val="24"/>
        </w:rPr>
        <w:t xml:space="preserve"> </w:t>
      </w:r>
      <w:r>
        <w:rPr>
          <w:sz w:val="24"/>
        </w:rPr>
        <w:t>عملکرد</w:t>
      </w:r>
      <w:r>
        <w:rPr>
          <w:sz w:val="24"/>
        </w:rPr>
        <w:t xml:space="preserve"> </w:t>
      </w:r>
      <w:r>
        <w:rPr>
          <w:sz w:val="24"/>
        </w:rPr>
        <w:t>تخمدان</w:t>
      </w:r>
      <w:r>
        <w:rPr>
          <w:sz w:val="24"/>
        </w:rPr>
        <w:t xml:space="preserve"> </w:t>
      </w:r>
      <w:r>
        <w:rPr>
          <w:sz w:val="24"/>
        </w:rPr>
        <w:t>می</w:t>
      </w:r>
      <w:r>
        <w:rPr>
          <w:sz w:val="24"/>
        </w:rPr>
        <w:t>‌</w:t>
      </w:r>
      <w:r>
        <w:rPr>
          <w:sz w:val="24"/>
        </w:rPr>
        <w:t>شوند</w:t>
      </w:r>
      <w:r>
        <w:rPr>
          <w:sz w:val="24"/>
        </w:rPr>
        <w:t>.</w:t>
      </w:r>
      <w:r>
        <w:rPr>
          <w:sz w:val="24"/>
        </w:rPr>
        <w:br/>
      </w:r>
    </w:p>
    <w:p w14:paraId="19A36FEE" w14:textId="77777777" w:rsidR="00864AD9" w:rsidRDefault="00CB5C2E" w:rsidP="00600FAF">
      <w:pPr>
        <w:pStyle w:val="Heading2"/>
        <w:jc w:val="right"/>
      </w:pPr>
      <w:r>
        <w:t>۲</w:t>
      </w:r>
      <w:r>
        <w:t xml:space="preserve">. </w:t>
      </w:r>
      <w:r>
        <w:t>درمان</w:t>
      </w:r>
      <w:r>
        <w:t>‌</w:t>
      </w:r>
      <w:r>
        <w:t>های</w:t>
      </w:r>
      <w:r>
        <w:t xml:space="preserve"> </w:t>
      </w:r>
      <w:r>
        <w:t>اندوکرین</w:t>
      </w:r>
    </w:p>
    <w:p w14:paraId="2E09CAA3" w14:textId="77777777" w:rsidR="00864AD9" w:rsidRDefault="00CB5C2E" w:rsidP="00600FAF">
      <w:pPr>
        <w:jc w:val="right"/>
      </w:pPr>
      <w:r>
        <w:rPr>
          <w:sz w:val="24"/>
        </w:rPr>
        <w:br/>
      </w:r>
      <w:r>
        <w:rPr>
          <w:sz w:val="24"/>
        </w:rPr>
        <w:t>لتروزول</w:t>
      </w:r>
      <w:r>
        <w:rPr>
          <w:sz w:val="24"/>
        </w:rPr>
        <w:t xml:space="preserve"> </w:t>
      </w:r>
      <w:r>
        <w:rPr>
          <w:sz w:val="24"/>
        </w:rPr>
        <w:t>به</w:t>
      </w:r>
      <w:r>
        <w:rPr>
          <w:sz w:val="24"/>
        </w:rPr>
        <w:t>‌</w:t>
      </w:r>
      <w:r>
        <w:rPr>
          <w:sz w:val="24"/>
        </w:rPr>
        <w:t>عنوان</w:t>
      </w:r>
      <w:r>
        <w:rPr>
          <w:sz w:val="24"/>
        </w:rPr>
        <w:t xml:space="preserve"> </w:t>
      </w:r>
      <w:r>
        <w:rPr>
          <w:sz w:val="24"/>
        </w:rPr>
        <w:t>خط</w:t>
      </w:r>
      <w:r>
        <w:rPr>
          <w:sz w:val="24"/>
        </w:rPr>
        <w:t xml:space="preserve"> </w:t>
      </w:r>
      <w:r>
        <w:rPr>
          <w:sz w:val="24"/>
        </w:rPr>
        <w:t>اول</w:t>
      </w:r>
      <w:r>
        <w:rPr>
          <w:sz w:val="24"/>
        </w:rPr>
        <w:t xml:space="preserve"> </w:t>
      </w:r>
      <w:r>
        <w:rPr>
          <w:sz w:val="24"/>
        </w:rPr>
        <w:t>تحریک</w:t>
      </w:r>
      <w:r>
        <w:rPr>
          <w:sz w:val="24"/>
        </w:rPr>
        <w:t xml:space="preserve"> </w:t>
      </w:r>
      <w:r>
        <w:rPr>
          <w:sz w:val="24"/>
        </w:rPr>
        <w:t>تخمک</w:t>
      </w:r>
      <w:r>
        <w:rPr>
          <w:sz w:val="24"/>
        </w:rPr>
        <w:t>‌</w:t>
      </w:r>
      <w:r>
        <w:rPr>
          <w:sz w:val="24"/>
        </w:rPr>
        <w:t>گذاری</w:t>
      </w:r>
      <w:r>
        <w:rPr>
          <w:sz w:val="24"/>
        </w:rPr>
        <w:t xml:space="preserve"> </w:t>
      </w:r>
      <w:r>
        <w:rPr>
          <w:sz w:val="24"/>
        </w:rPr>
        <w:t>در</w:t>
      </w:r>
      <w:r>
        <w:rPr>
          <w:sz w:val="24"/>
        </w:rPr>
        <w:t xml:space="preserve"> </w:t>
      </w:r>
      <w:r>
        <w:rPr>
          <w:sz w:val="24"/>
        </w:rPr>
        <w:t>بیماران</w:t>
      </w:r>
      <w:r>
        <w:rPr>
          <w:sz w:val="24"/>
        </w:rPr>
        <w:t xml:space="preserve"> PCOS </w:t>
      </w:r>
      <w:r>
        <w:rPr>
          <w:sz w:val="24"/>
        </w:rPr>
        <w:t>توصیه</w:t>
      </w:r>
      <w:r>
        <w:rPr>
          <w:sz w:val="24"/>
        </w:rPr>
        <w:t xml:space="preserve"> </w:t>
      </w:r>
      <w:r>
        <w:rPr>
          <w:sz w:val="24"/>
        </w:rPr>
        <w:t>می</w:t>
      </w:r>
      <w:r>
        <w:rPr>
          <w:sz w:val="24"/>
        </w:rPr>
        <w:t>‌</w:t>
      </w:r>
      <w:r>
        <w:rPr>
          <w:sz w:val="24"/>
        </w:rPr>
        <w:t>شود</w:t>
      </w:r>
      <w:r>
        <w:rPr>
          <w:sz w:val="24"/>
        </w:rPr>
        <w:t xml:space="preserve"> </w:t>
      </w:r>
      <w:r>
        <w:rPr>
          <w:sz w:val="24"/>
        </w:rPr>
        <w:t>و</w:t>
      </w:r>
      <w:r>
        <w:rPr>
          <w:sz w:val="24"/>
        </w:rPr>
        <w:t xml:space="preserve"> </w:t>
      </w:r>
      <w:r>
        <w:rPr>
          <w:sz w:val="24"/>
        </w:rPr>
        <w:t>در</w:t>
      </w:r>
      <w:r>
        <w:rPr>
          <w:sz w:val="24"/>
        </w:rPr>
        <w:t xml:space="preserve"> </w:t>
      </w:r>
      <w:r>
        <w:rPr>
          <w:sz w:val="24"/>
        </w:rPr>
        <w:t>بسیاری</w:t>
      </w:r>
      <w:r>
        <w:rPr>
          <w:sz w:val="24"/>
        </w:rPr>
        <w:t xml:space="preserve"> </w:t>
      </w:r>
      <w:r>
        <w:rPr>
          <w:sz w:val="24"/>
        </w:rPr>
        <w:t>از</w:t>
      </w:r>
      <w:r>
        <w:rPr>
          <w:sz w:val="24"/>
        </w:rPr>
        <w:t xml:space="preserve"> </w:t>
      </w:r>
      <w:r>
        <w:rPr>
          <w:sz w:val="24"/>
        </w:rPr>
        <w:t>مطالعات</w:t>
      </w:r>
      <w:r>
        <w:rPr>
          <w:sz w:val="24"/>
        </w:rPr>
        <w:t xml:space="preserve"> </w:t>
      </w:r>
      <w:r>
        <w:rPr>
          <w:sz w:val="24"/>
        </w:rPr>
        <w:t>نسبت</w:t>
      </w:r>
      <w:r>
        <w:rPr>
          <w:sz w:val="24"/>
        </w:rPr>
        <w:t xml:space="preserve"> </w:t>
      </w:r>
      <w:r>
        <w:rPr>
          <w:sz w:val="24"/>
        </w:rPr>
        <w:t>به</w:t>
      </w:r>
      <w:r>
        <w:rPr>
          <w:sz w:val="24"/>
        </w:rPr>
        <w:t xml:space="preserve"> </w:t>
      </w:r>
      <w:r>
        <w:rPr>
          <w:sz w:val="24"/>
        </w:rPr>
        <w:t>کلومیفن</w:t>
      </w:r>
      <w:r>
        <w:rPr>
          <w:sz w:val="24"/>
        </w:rPr>
        <w:t xml:space="preserve"> </w:t>
      </w:r>
      <w:r>
        <w:rPr>
          <w:sz w:val="24"/>
        </w:rPr>
        <w:t>اثربخشی</w:t>
      </w:r>
      <w:r>
        <w:rPr>
          <w:sz w:val="24"/>
        </w:rPr>
        <w:t xml:space="preserve"> </w:t>
      </w:r>
      <w:r>
        <w:rPr>
          <w:sz w:val="24"/>
        </w:rPr>
        <w:t>بیشتری</w:t>
      </w:r>
      <w:r>
        <w:rPr>
          <w:sz w:val="24"/>
        </w:rPr>
        <w:t xml:space="preserve"> </w:t>
      </w:r>
      <w:r>
        <w:rPr>
          <w:sz w:val="24"/>
        </w:rPr>
        <w:t>داشته</w:t>
      </w:r>
      <w:r>
        <w:rPr>
          <w:sz w:val="24"/>
        </w:rPr>
        <w:t xml:space="preserve"> </w:t>
      </w:r>
      <w:r>
        <w:rPr>
          <w:sz w:val="24"/>
        </w:rPr>
        <w:t>است</w:t>
      </w:r>
      <w:r>
        <w:rPr>
          <w:sz w:val="24"/>
        </w:rPr>
        <w:t>.</w:t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t>در</w:t>
      </w:r>
      <w:r>
        <w:rPr>
          <w:sz w:val="24"/>
        </w:rPr>
        <w:t xml:space="preserve"> </w:t>
      </w:r>
      <w:r>
        <w:rPr>
          <w:sz w:val="24"/>
        </w:rPr>
        <w:t>بیماران</w:t>
      </w:r>
      <w:r>
        <w:rPr>
          <w:sz w:val="24"/>
        </w:rPr>
        <w:t xml:space="preserve"> </w:t>
      </w:r>
      <w:r>
        <w:rPr>
          <w:sz w:val="24"/>
        </w:rPr>
        <w:t>مقاوم</w:t>
      </w:r>
      <w:r>
        <w:rPr>
          <w:sz w:val="24"/>
        </w:rPr>
        <w:t xml:space="preserve"> </w:t>
      </w:r>
      <w:r>
        <w:rPr>
          <w:sz w:val="24"/>
        </w:rPr>
        <w:t>به</w:t>
      </w:r>
      <w:r>
        <w:rPr>
          <w:sz w:val="24"/>
        </w:rPr>
        <w:t xml:space="preserve"> </w:t>
      </w:r>
      <w:r>
        <w:rPr>
          <w:sz w:val="24"/>
        </w:rPr>
        <w:t>لتروزول</w:t>
      </w:r>
      <w:r>
        <w:rPr>
          <w:sz w:val="24"/>
        </w:rPr>
        <w:t xml:space="preserve"> </w:t>
      </w:r>
      <w:r>
        <w:rPr>
          <w:sz w:val="24"/>
        </w:rPr>
        <w:t>یا</w:t>
      </w:r>
      <w:r>
        <w:rPr>
          <w:sz w:val="24"/>
        </w:rPr>
        <w:t xml:space="preserve"> </w:t>
      </w:r>
      <w:r>
        <w:rPr>
          <w:sz w:val="24"/>
        </w:rPr>
        <w:t>دارای</w:t>
      </w:r>
      <w:r>
        <w:rPr>
          <w:sz w:val="24"/>
        </w:rPr>
        <w:t xml:space="preserve"> </w:t>
      </w:r>
      <w:r>
        <w:rPr>
          <w:sz w:val="24"/>
        </w:rPr>
        <w:t>هایپرآندروژنیسم</w:t>
      </w:r>
      <w:r>
        <w:rPr>
          <w:sz w:val="24"/>
        </w:rPr>
        <w:t xml:space="preserve"> </w:t>
      </w:r>
      <w:r>
        <w:rPr>
          <w:sz w:val="24"/>
        </w:rPr>
        <w:t>شدید،</w:t>
      </w:r>
      <w:r>
        <w:rPr>
          <w:sz w:val="24"/>
        </w:rPr>
        <w:t xml:space="preserve"> </w:t>
      </w:r>
      <w:r>
        <w:rPr>
          <w:sz w:val="24"/>
        </w:rPr>
        <w:t>استفاده</w:t>
      </w:r>
      <w:r>
        <w:rPr>
          <w:sz w:val="24"/>
        </w:rPr>
        <w:t xml:space="preserve"> </w:t>
      </w:r>
      <w:r>
        <w:rPr>
          <w:sz w:val="24"/>
        </w:rPr>
        <w:t>از</w:t>
      </w:r>
      <w:r>
        <w:rPr>
          <w:sz w:val="24"/>
        </w:rPr>
        <w:t xml:space="preserve"> </w:t>
      </w:r>
      <w:r>
        <w:rPr>
          <w:sz w:val="24"/>
        </w:rPr>
        <w:t>دگزامتازون</w:t>
      </w:r>
      <w:r>
        <w:rPr>
          <w:sz w:val="24"/>
        </w:rPr>
        <w:t xml:space="preserve"> </w:t>
      </w:r>
      <w:r>
        <w:rPr>
          <w:sz w:val="24"/>
        </w:rPr>
        <w:t>می</w:t>
      </w:r>
      <w:r>
        <w:rPr>
          <w:sz w:val="24"/>
        </w:rPr>
        <w:t>‌</w:t>
      </w:r>
      <w:r>
        <w:rPr>
          <w:sz w:val="24"/>
        </w:rPr>
        <w:t>تواند</w:t>
      </w:r>
      <w:r>
        <w:rPr>
          <w:sz w:val="24"/>
        </w:rPr>
        <w:t xml:space="preserve"> </w:t>
      </w:r>
      <w:r>
        <w:rPr>
          <w:sz w:val="24"/>
        </w:rPr>
        <w:t>با</w:t>
      </w:r>
      <w:r>
        <w:rPr>
          <w:sz w:val="24"/>
        </w:rPr>
        <w:t xml:space="preserve"> </w:t>
      </w:r>
      <w:r>
        <w:rPr>
          <w:sz w:val="24"/>
        </w:rPr>
        <w:t>کاهش</w:t>
      </w:r>
      <w:r>
        <w:rPr>
          <w:sz w:val="24"/>
        </w:rPr>
        <w:t xml:space="preserve"> </w:t>
      </w:r>
      <w:r>
        <w:rPr>
          <w:sz w:val="24"/>
        </w:rPr>
        <w:t>آندروژن</w:t>
      </w:r>
      <w:r>
        <w:rPr>
          <w:sz w:val="24"/>
        </w:rPr>
        <w:t>‌</w:t>
      </w:r>
      <w:r>
        <w:rPr>
          <w:sz w:val="24"/>
        </w:rPr>
        <w:t>های</w:t>
      </w:r>
      <w:r>
        <w:rPr>
          <w:sz w:val="24"/>
        </w:rPr>
        <w:t xml:space="preserve"> </w:t>
      </w:r>
      <w:r>
        <w:rPr>
          <w:sz w:val="24"/>
        </w:rPr>
        <w:t>آدرنال،</w:t>
      </w:r>
      <w:r>
        <w:rPr>
          <w:sz w:val="24"/>
        </w:rPr>
        <w:t xml:space="preserve"> </w:t>
      </w:r>
      <w:r>
        <w:rPr>
          <w:sz w:val="24"/>
        </w:rPr>
        <w:t>نرخ</w:t>
      </w:r>
      <w:r>
        <w:rPr>
          <w:sz w:val="24"/>
        </w:rPr>
        <w:t xml:space="preserve"> </w:t>
      </w:r>
      <w:r>
        <w:rPr>
          <w:sz w:val="24"/>
        </w:rPr>
        <w:t>تخمک</w:t>
      </w:r>
      <w:r>
        <w:rPr>
          <w:sz w:val="24"/>
        </w:rPr>
        <w:t>‌</w:t>
      </w:r>
      <w:r>
        <w:rPr>
          <w:sz w:val="24"/>
        </w:rPr>
        <w:t>گذاری</w:t>
      </w:r>
      <w:r>
        <w:rPr>
          <w:sz w:val="24"/>
        </w:rPr>
        <w:t xml:space="preserve"> </w:t>
      </w:r>
      <w:r>
        <w:rPr>
          <w:sz w:val="24"/>
        </w:rPr>
        <w:t>و</w:t>
      </w:r>
      <w:r>
        <w:rPr>
          <w:sz w:val="24"/>
        </w:rPr>
        <w:t xml:space="preserve"> </w:t>
      </w:r>
      <w:r>
        <w:rPr>
          <w:sz w:val="24"/>
        </w:rPr>
        <w:t>شانس</w:t>
      </w:r>
      <w:r>
        <w:rPr>
          <w:sz w:val="24"/>
        </w:rPr>
        <w:t xml:space="preserve"> </w:t>
      </w:r>
      <w:r>
        <w:rPr>
          <w:sz w:val="24"/>
        </w:rPr>
        <w:t>بارداری</w:t>
      </w:r>
      <w:r>
        <w:rPr>
          <w:sz w:val="24"/>
        </w:rPr>
        <w:t xml:space="preserve"> </w:t>
      </w:r>
      <w:r>
        <w:rPr>
          <w:sz w:val="24"/>
        </w:rPr>
        <w:t>را</w:t>
      </w:r>
      <w:r>
        <w:rPr>
          <w:sz w:val="24"/>
        </w:rPr>
        <w:t xml:space="preserve"> </w:t>
      </w:r>
      <w:r>
        <w:rPr>
          <w:sz w:val="24"/>
        </w:rPr>
        <w:t>افزایش</w:t>
      </w:r>
      <w:r>
        <w:rPr>
          <w:sz w:val="24"/>
        </w:rPr>
        <w:t xml:space="preserve"> </w:t>
      </w:r>
      <w:r>
        <w:rPr>
          <w:sz w:val="24"/>
        </w:rPr>
        <w:t>دهد</w:t>
      </w:r>
      <w:r>
        <w:rPr>
          <w:sz w:val="24"/>
        </w:rPr>
        <w:t>.</w:t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t>ویتامین</w:t>
      </w:r>
      <w:r>
        <w:rPr>
          <w:sz w:val="24"/>
        </w:rPr>
        <w:t xml:space="preserve"> D </w:t>
      </w:r>
      <w:r>
        <w:rPr>
          <w:sz w:val="24"/>
        </w:rPr>
        <w:t>نیز</w:t>
      </w:r>
      <w:r>
        <w:rPr>
          <w:sz w:val="24"/>
        </w:rPr>
        <w:t xml:space="preserve"> </w:t>
      </w:r>
      <w:r>
        <w:rPr>
          <w:sz w:val="24"/>
        </w:rPr>
        <w:t>در</w:t>
      </w:r>
      <w:r>
        <w:rPr>
          <w:sz w:val="24"/>
        </w:rPr>
        <w:t xml:space="preserve"> </w:t>
      </w:r>
      <w:r>
        <w:rPr>
          <w:sz w:val="24"/>
        </w:rPr>
        <w:t>بیماران</w:t>
      </w:r>
      <w:r>
        <w:rPr>
          <w:sz w:val="24"/>
        </w:rPr>
        <w:t xml:space="preserve"> </w:t>
      </w:r>
      <w:r>
        <w:rPr>
          <w:sz w:val="24"/>
        </w:rPr>
        <w:t>دارای</w:t>
      </w:r>
      <w:r>
        <w:rPr>
          <w:sz w:val="24"/>
        </w:rPr>
        <w:t xml:space="preserve"> </w:t>
      </w:r>
      <w:r>
        <w:rPr>
          <w:sz w:val="24"/>
        </w:rPr>
        <w:t>کمبود،</w:t>
      </w:r>
      <w:r>
        <w:rPr>
          <w:sz w:val="24"/>
        </w:rPr>
        <w:t xml:space="preserve"> </w:t>
      </w:r>
      <w:r>
        <w:rPr>
          <w:sz w:val="24"/>
        </w:rPr>
        <w:t>می</w:t>
      </w:r>
      <w:r>
        <w:rPr>
          <w:sz w:val="24"/>
        </w:rPr>
        <w:t>‌</w:t>
      </w:r>
      <w:r>
        <w:rPr>
          <w:sz w:val="24"/>
        </w:rPr>
        <w:t>تواند</w:t>
      </w:r>
      <w:r>
        <w:rPr>
          <w:sz w:val="24"/>
        </w:rPr>
        <w:t xml:space="preserve"> </w:t>
      </w:r>
      <w:r>
        <w:rPr>
          <w:sz w:val="24"/>
        </w:rPr>
        <w:t>در</w:t>
      </w:r>
      <w:r>
        <w:rPr>
          <w:sz w:val="24"/>
        </w:rPr>
        <w:t xml:space="preserve"> </w:t>
      </w:r>
      <w:r>
        <w:rPr>
          <w:sz w:val="24"/>
        </w:rPr>
        <w:t>تنظیم</w:t>
      </w:r>
      <w:r>
        <w:rPr>
          <w:sz w:val="24"/>
        </w:rPr>
        <w:t xml:space="preserve"> </w:t>
      </w:r>
      <w:r>
        <w:rPr>
          <w:sz w:val="24"/>
        </w:rPr>
        <w:t>هورمون</w:t>
      </w:r>
      <w:r>
        <w:rPr>
          <w:sz w:val="24"/>
        </w:rPr>
        <w:t>‌</w:t>
      </w:r>
      <w:r>
        <w:rPr>
          <w:sz w:val="24"/>
        </w:rPr>
        <w:t>ها،</w:t>
      </w:r>
      <w:r>
        <w:rPr>
          <w:sz w:val="24"/>
        </w:rPr>
        <w:t xml:space="preserve"> </w:t>
      </w:r>
      <w:r>
        <w:rPr>
          <w:sz w:val="24"/>
        </w:rPr>
        <w:t>کاهش</w:t>
      </w:r>
      <w:r>
        <w:rPr>
          <w:sz w:val="24"/>
        </w:rPr>
        <w:t xml:space="preserve"> </w:t>
      </w:r>
      <w:r>
        <w:rPr>
          <w:sz w:val="24"/>
        </w:rPr>
        <w:t>سطح</w:t>
      </w:r>
      <w:r>
        <w:rPr>
          <w:sz w:val="24"/>
        </w:rPr>
        <w:t xml:space="preserve"> </w:t>
      </w:r>
      <w:r>
        <w:rPr>
          <w:sz w:val="24"/>
        </w:rPr>
        <w:t>تستوسترون</w:t>
      </w:r>
      <w:r>
        <w:rPr>
          <w:sz w:val="24"/>
        </w:rPr>
        <w:t xml:space="preserve"> </w:t>
      </w:r>
      <w:r>
        <w:rPr>
          <w:sz w:val="24"/>
        </w:rPr>
        <w:t>و</w:t>
      </w:r>
      <w:r>
        <w:rPr>
          <w:sz w:val="24"/>
        </w:rPr>
        <w:t xml:space="preserve"> </w:t>
      </w:r>
      <w:r>
        <w:rPr>
          <w:sz w:val="24"/>
        </w:rPr>
        <w:t>بهبود</w:t>
      </w:r>
      <w:r>
        <w:rPr>
          <w:sz w:val="24"/>
        </w:rPr>
        <w:t xml:space="preserve"> </w:t>
      </w:r>
      <w:r>
        <w:rPr>
          <w:sz w:val="24"/>
        </w:rPr>
        <w:t>پیامدهای</w:t>
      </w:r>
      <w:r>
        <w:rPr>
          <w:sz w:val="24"/>
        </w:rPr>
        <w:t xml:space="preserve"> </w:t>
      </w:r>
      <w:r>
        <w:rPr>
          <w:sz w:val="24"/>
        </w:rPr>
        <w:t>باروری</w:t>
      </w:r>
      <w:r>
        <w:rPr>
          <w:sz w:val="24"/>
        </w:rPr>
        <w:t xml:space="preserve"> </w:t>
      </w:r>
      <w:r>
        <w:rPr>
          <w:sz w:val="24"/>
        </w:rPr>
        <w:t>مؤثر</w:t>
      </w:r>
      <w:r>
        <w:rPr>
          <w:sz w:val="24"/>
        </w:rPr>
        <w:t xml:space="preserve"> </w:t>
      </w:r>
      <w:r>
        <w:rPr>
          <w:sz w:val="24"/>
        </w:rPr>
        <w:t>باشد</w:t>
      </w:r>
      <w:r>
        <w:rPr>
          <w:sz w:val="24"/>
        </w:rPr>
        <w:t>.</w:t>
      </w:r>
      <w:r>
        <w:rPr>
          <w:sz w:val="24"/>
        </w:rPr>
        <w:br/>
      </w:r>
    </w:p>
    <w:p w14:paraId="48AFAC80" w14:textId="77777777" w:rsidR="00864AD9" w:rsidRDefault="00CB5C2E" w:rsidP="00600FAF">
      <w:pPr>
        <w:pStyle w:val="Heading2"/>
        <w:jc w:val="right"/>
      </w:pPr>
      <w:r>
        <w:t>۳</w:t>
      </w:r>
      <w:r>
        <w:t xml:space="preserve">. </w:t>
      </w:r>
      <w:r>
        <w:t>درمان</w:t>
      </w:r>
      <w:r>
        <w:t>‌</w:t>
      </w:r>
      <w:r>
        <w:t>های</w:t>
      </w:r>
      <w:r>
        <w:t xml:space="preserve"> </w:t>
      </w:r>
      <w:r>
        <w:t>آنتی</w:t>
      </w:r>
      <w:r>
        <w:t>‌</w:t>
      </w:r>
      <w:r>
        <w:t>اکسیدانی</w:t>
      </w:r>
      <w:r>
        <w:t xml:space="preserve"> </w:t>
      </w:r>
      <w:r>
        <w:t>و</w:t>
      </w:r>
      <w:r>
        <w:t xml:space="preserve"> </w:t>
      </w:r>
      <w:r>
        <w:t>ضدالتهابی</w:t>
      </w:r>
    </w:p>
    <w:p w14:paraId="167989D0" w14:textId="77777777" w:rsidR="00864AD9" w:rsidRDefault="00CB5C2E" w:rsidP="00600FAF">
      <w:pPr>
        <w:jc w:val="right"/>
      </w:pPr>
      <w:r>
        <w:rPr>
          <w:sz w:val="24"/>
        </w:rPr>
        <w:br/>
      </w:r>
      <w:r>
        <w:rPr>
          <w:sz w:val="24"/>
        </w:rPr>
        <w:t>التهاب</w:t>
      </w:r>
      <w:r>
        <w:rPr>
          <w:sz w:val="24"/>
        </w:rPr>
        <w:t xml:space="preserve"> </w:t>
      </w:r>
      <w:r>
        <w:rPr>
          <w:sz w:val="24"/>
        </w:rPr>
        <w:t>مزمن</w:t>
      </w:r>
      <w:r>
        <w:rPr>
          <w:sz w:val="24"/>
        </w:rPr>
        <w:t xml:space="preserve"> </w:t>
      </w:r>
      <w:r>
        <w:rPr>
          <w:sz w:val="24"/>
        </w:rPr>
        <w:t>و</w:t>
      </w:r>
      <w:r>
        <w:rPr>
          <w:sz w:val="24"/>
        </w:rPr>
        <w:t xml:space="preserve"> </w:t>
      </w:r>
      <w:r>
        <w:rPr>
          <w:sz w:val="24"/>
        </w:rPr>
        <w:t>استرس</w:t>
      </w:r>
      <w:r>
        <w:rPr>
          <w:sz w:val="24"/>
        </w:rPr>
        <w:t xml:space="preserve"> </w:t>
      </w:r>
      <w:r>
        <w:rPr>
          <w:sz w:val="24"/>
        </w:rPr>
        <w:t>اکسیداتیو</w:t>
      </w:r>
      <w:r>
        <w:rPr>
          <w:sz w:val="24"/>
        </w:rPr>
        <w:t xml:space="preserve"> </w:t>
      </w:r>
      <w:r>
        <w:rPr>
          <w:sz w:val="24"/>
        </w:rPr>
        <w:t>از</w:t>
      </w:r>
      <w:r>
        <w:rPr>
          <w:sz w:val="24"/>
        </w:rPr>
        <w:t xml:space="preserve"> </w:t>
      </w:r>
      <w:r>
        <w:rPr>
          <w:sz w:val="24"/>
        </w:rPr>
        <w:t>عوامل</w:t>
      </w:r>
      <w:r>
        <w:rPr>
          <w:sz w:val="24"/>
        </w:rPr>
        <w:t xml:space="preserve"> </w:t>
      </w:r>
      <w:r>
        <w:rPr>
          <w:sz w:val="24"/>
        </w:rPr>
        <w:t>مؤثر</w:t>
      </w:r>
      <w:r>
        <w:rPr>
          <w:sz w:val="24"/>
        </w:rPr>
        <w:t xml:space="preserve"> </w:t>
      </w:r>
      <w:r>
        <w:rPr>
          <w:sz w:val="24"/>
        </w:rPr>
        <w:t>در</w:t>
      </w:r>
      <w:r>
        <w:rPr>
          <w:sz w:val="24"/>
        </w:rPr>
        <w:t xml:space="preserve"> </w:t>
      </w:r>
      <w:r>
        <w:rPr>
          <w:sz w:val="24"/>
        </w:rPr>
        <w:t>پاتوفیزیولوژی</w:t>
      </w:r>
      <w:r>
        <w:rPr>
          <w:sz w:val="24"/>
        </w:rPr>
        <w:t xml:space="preserve"> PCOS </w:t>
      </w:r>
      <w:r>
        <w:rPr>
          <w:sz w:val="24"/>
        </w:rPr>
        <w:t>هستند</w:t>
      </w:r>
      <w:r>
        <w:rPr>
          <w:sz w:val="24"/>
        </w:rPr>
        <w:t xml:space="preserve">. </w:t>
      </w:r>
      <w:r>
        <w:rPr>
          <w:sz w:val="24"/>
        </w:rPr>
        <w:t>استفاده</w:t>
      </w:r>
      <w:r>
        <w:rPr>
          <w:sz w:val="24"/>
        </w:rPr>
        <w:t xml:space="preserve"> </w:t>
      </w:r>
      <w:r>
        <w:rPr>
          <w:sz w:val="24"/>
        </w:rPr>
        <w:t>از</w:t>
      </w:r>
      <w:r>
        <w:rPr>
          <w:sz w:val="24"/>
        </w:rPr>
        <w:t xml:space="preserve"> </w:t>
      </w:r>
      <w:r>
        <w:rPr>
          <w:sz w:val="24"/>
        </w:rPr>
        <w:t>مکمل</w:t>
      </w:r>
      <w:r>
        <w:rPr>
          <w:sz w:val="24"/>
        </w:rPr>
        <w:t>‌</w:t>
      </w:r>
      <w:r>
        <w:rPr>
          <w:sz w:val="24"/>
        </w:rPr>
        <w:t>هایی</w:t>
      </w:r>
      <w:r>
        <w:rPr>
          <w:sz w:val="24"/>
        </w:rPr>
        <w:t xml:space="preserve"> </w:t>
      </w:r>
      <w:r>
        <w:rPr>
          <w:sz w:val="24"/>
        </w:rPr>
        <w:t>مانند</w:t>
      </w:r>
      <w:r>
        <w:rPr>
          <w:sz w:val="24"/>
        </w:rPr>
        <w:t xml:space="preserve"> Myo-Inositol</w:t>
      </w:r>
      <w:r>
        <w:rPr>
          <w:sz w:val="24"/>
        </w:rPr>
        <w:t>،</w:t>
      </w:r>
      <w:r>
        <w:rPr>
          <w:sz w:val="24"/>
        </w:rPr>
        <w:t xml:space="preserve"> CoQ10 </w:t>
      </w:r>
      <w:r>
        <w:rPr>
          <w:sz w:val="24"/>
        </w:rPr>
        <w:t>و</w:t>
      </w:r>
      <w:r>
        <w:rPr>
          <w:sz w:val="24"/>
        </w:rPr>
        <w:t xml:space="preserve"> Omega-3 </w:t>
      </w:r>
      <w:r>
        <w:rPr>
          <w:sz w:val="24"/>
        </w:rPr>
        <w:t>می</w:t>
      </w:r>
      <w:r>
        <w:rPr>
          <w:sz w:val="24"/>
        </w:rPr>
        <w:t>‌</w:t>
      </w:r>
      <w:r>
        <w:rPr>
          <w:sz w:val="24"/>
        </w:rPr>
        <w:t>تواند</w:t>
      </w:r>
      <w:r>
        <w:rPr>
          <w:sz w:val="24"/>
        </w:rPr>
        <w:t xml:space="preserve"> </w:t>
      </w:r>
      <w:r>
        <w:rPr>
          <w:sz w:val="24"/>
        </w:rPr>
        <w:t>کیفیت</w:t>
      </w:r>
      <w:r>
        <w:rPr>
          <w:sz w:val="24"/>
        </w:rPr>
        <w:t xml:space="preserve"> </w:t>
      </w:r>
      <w:r>
        <w:rPr>
          <w:sz w:val="24"/>
        </w:rPr>
        <w:t>اووسیت،</w:t>
      </w:r>
      <w:r>
        <w:rPr>
          <w:sz w:val="24"/>
        </w:rPr>
        <w:t xml:space="preserve"> </w:t>
      </w:r>
      <w:r>
        <w:rPr>
          <w:sz w:val="24"/>
        </w:rPr>
        <w:t>محیط</w:t>
      </w:r>
      <w:r>
        <w:rPr>
          <w:sz w:val="24"/>
        </w:rPr>
        <w:t xml:space="preserve"> </w:t>
      </w:r>
      <w:r>
        <w:rPr>
          <w:sz w:val="24"/>
        </w:rPr>
        <w:t>فولیکولی</w:t>
      </w:r>
      <w:r>
        <w:rPr>
          <w:sz w:val="24"/>
        </w:rPr>
        <w:t xml:space="preserve"> </w:t>
      </w:r>
      <w:r>
        <w:rPr>
          <w:sz w:val="24"/>
        </w:rPr>
        <w:t>و</w:t>
      </w:r>
      <w:r>
        <w:rPr>
          <w:sz w:val="24"/>
        </w:rPr>
        <w:t xml:space="preserve"> </w:t>
      </w:r>
      <w:r>
        <w:rPr>
          <w:sz w:val="24"/>
        </w:rPr>
        <w:t>پاسخ</w:t>
      </w:r>
      <w:r>
        <w:rPr>
          <w:sz w:val="24"/>
        </w:rPr>
        <w:t xml:space="preserve"> </w:t>
      </w:r>
      <w:r>
        <w:rPr>
          <w:sz w:val="24"/>
        </w:rPr>
        <w:t>به</w:t>
      </w:r>
      <w:r>
        <w:rPr>
          <w:sz w:val="24"/>
        </w:rPr>
        <w:t xml:space="preserve"> </w:t>
      </w:r>
      <w:r>
        <w:rPr>
          <w:sz w:val="24"/>
        </w:rPr>
        <w:t>درمان</w:t>
      </w:r>
      <w:r>
        <w:rPr>
          <w:sz w:val="24"/>
        </w:rPr>
        <w:t>‌</w:t>
      </w:r>
      <w:r>
        <w:rPr>
          <w:sz w:val="24"/>
        </w:rPr>
        <w:t>های</w:t>
      </w:r>
      <w:r>
        <w:rPr>
          <w:sz w:val="24"/>
        </w:rPr>
        <w:t xml:space="preserve"> </w:t>
      </w:r>
      <w:r>
        <w:rPr>
          <w:sz w:val="24"/>
        </w:rPr>
        <w:t>کمک</w:t>
      </w:r>
      <w:r>
        <w:rPr>
          <w:sz w:val="24"/>
        </w:rPr>
        <w:t>‌</w:t>
      </w:r>
      <w:r>
        <w:rPr>
          <w:sz w:val="24"/>
        </w:rPr>
        <w:t>باروری</w:t>
      </w:r>
      <w:r>
        <w:rPr>
          <w:sz w:val="24"/>
        </w:rPr>
        <w:t xml:space="preserve"> </w:t>
      </w:r>
      <w:r>
        <w:rPr>
          <w:sz w:val="24"/>
        </w:rPr>
        <w:t>را</w:t>
      </w:r>
      <w:r>
        <w:rPr>
          <w:sz w:val="24"/>
        </w:rPr>
        <w:t xml:space="preserve"> </w:t>
      </w:r>
      <w:r>
        <w:rPr>
          <w:sz w:val="24"/>
        </w:rPr>
        <w:t>بهبود</w:t>
      </w:r>
      <w:r>
        <w:rPr>
          <w:sz w:val="24"/>
        </w:rPr>
        <w:t xml:space="preserve"> </w:t>
      </w:r>
      <w:r>
        <w:rPr>
          <w:sz w:val="24"/>
        </w:rPr>
        <w:t>بخشد</w:t>
      </w:r>
      <w:r>
        <w:rPr>
          <w:sz w:val="24"/>
        </w:rPr>
        <w:t>.</w:t>
      </w:r>
      <w:r>
        <w:rPr>
          <w:sz w:val="24"/>
        </w:rPr>
        <w:br/>
      </w:r>
    </w:p>
    <w:p w14:paraId="4FA8A5D6" w14:textId="77777777" w:rsidR="00864AD9" w:rsidRDefault="00CB5C2E" w:rsidP="00600FAF">
      <w:pPr>
        <w:pStyle w:val="Heading2"/>
        <w:jc w:val="right"/>
      </w:pPr>
      <w:r>
        <w:t>۴</w:t>
      </w:r>
      <w:r>
        <w:t xml:space="preserve">. </w:t>
      </w:r>
      <w:r>
        <w:t>اصلاح</w:t>
      </w:r>
      <w:r>
        <w:t xml:space="preserve"> </w:t>
      </w:r>
      <w:r>
        <w:t>سبک</w:t>
      </w:r>
      <w:r>
        <w:t xml:space="preserve"> </w:t>
      </w:r>
      <w:r>
        <w:t>زندگی</w:t>
      </w:r>
    </w:p>
    <w:p w14:paraId="13EEE234" w14:textId="77777777" w:rsidR="00864AD9" w:rsidRDefault="00CB5C2E" w:rsidP="00600FAF">
      <w:pPr>
        <w:jc w:val="right"/>
      </w:pPr>
      <w:r>
        <w:rPr>
          <w:sz w:val="24"/>
        </w:rPr>
        <w:br/>
      </w:r>
      <w:r>
        <w:rPr>
          <w:sz w:val="24"/>
        </w:rPr>
        <w:t>اصلاح</w:t>
      </w:r>
      <w:r>
        <w:rPr>
          <w:sz w:val="24"/>
        </w:rPr>
        <w:t xml:space="preserve"> </w:t>
      </w:r>
      <w:r>
        <w:rPr>
          <w:sz w:val="24"/>
        </w:rPr>
        <w:t>سبک</w:t>
      </w:r>
      <w:r>
        <w:rPr>
          <w:sz w:val="24"/>
        </w:rPr>
        <w:t xml:space="preserve"> </w:t>
      </w:r>
      <w:r>
        <w:rPr>
          <w:sz w:val="24"/>
        </w:rPr>
        <w:t>زندگی</w:t>
      </w:r>
      <w:r>
        <w:rPr>
          <w:sz w:val="24"/>
        </w:rPr>
        <w:t xml:space="preserve"> </w:t>
      </w:r>
      <w:r>
        <w:rPr>
          <w:sz w:val="24"/>
        </w:rPr>
        <w:t>شامل</w:t>
      </w:r>
      <w:r>
        <w:rPr>
          <w:sz w:val="24"/>
        </w:rPr>
        <w:t xml:space="preserve"> </w:t>
      </w:r>
      <w:r>
        <w:rPr>
          <w:sz w:val="24"/>
        </w:rPr>
        <w:t>کاهش</w:t>
      </w:r>
      <w:r>
        <w:rPr>
          <w:sz w:val="24"/>
        </w:rPr>
        <w:t xml:space="preserve"> </w:t>
      </w:r>
      <w:r>
        <w:rPr>
          <w:sz w:val="24"/>
        </w:rPr>
        <w:t>وزن،</w:t>
      </w:r>
      <w:r>
        <w:rPr>
          <w:sz w:val="24"/>
        </w:rPr>
        <w:t xml:space="preserve"> </w:t>
      </w:r>
      <w:r>
        <w:rPr>
          <w:sz w:val="24"/>
        </w:rPr>
        <w:t>فعالیت</w:t>
      </w:r>
      <w:r>
        <w:rPr>
          <w:sz w:val="24"/>
        </w:rPr>
        <w:t xml:space="preserve"> </w:t>
      </w:r>
      <w:r>
        <w:rPr>
          <w:sz w:val="24"/>
        </w:rPr>
        <w:t>بدنی</w:t>
      </w:r>
      <w:r>
        <w:rPr>
          <w:sz w:val="24"/>
        </w:rPr>
        <w:t xml:space="preserve"> </w:t>
      </w:r>
      <w:r>
        <w:rPr>
          <w:sz w:val="24"/>
        </w:rPr>
        <w:t>منظم</w:t>
      </w:r>
      <w:r>
        <w:rPr>
          <w:sz w:val="24"/>
        </w:rPr>
        <w:t xml:space="preserve"> </w:t>
      </w:r>
      <w:r>
        <w:rPr>
          <w:sz w:val="24"/>
        </w:rPr>
        <w:t>و</w:t>
      </w:r>
      <w:r>
        <w:rPr>
          <w:sz w:val="24"/>
        </w:rPr>
        <w:t xml:space="preserve"> </w:t>
      </w:r>
      <w:r>
        <w:rPr>
          <w:sz w:val="24"/>
        </w:rPr>
        <w:t>رژیم</w:t>
      </w:r>
      <w:r>
        <w:rPr>
          <w:sz w:val="24"/>
        </w:rPr>
        <w:t xml:space="preserve"> </w:t>
      </w:r>
      <w:r>
        <w:rPr>
          <w:sz w:val="24"/>
        </w:rPr>
        <w:t>غذایی</w:t>
      </w:r>
      <w:r>
        <w:rPr>
          <w:sz w:val="24"/>
        </w:rPr>
        <w:t xml:space="preserve"> </w:t>
      </w:r>
      <w:r>
        <w:rPr>
          <w:sz w:val="24"/>
        </w:rPr>
        <w:t>مناسب،</w:t>
      </w:r>
      <w:r>
        <w:rPr>
          <w:sz w:val="24"/>
        </w:rPr>
        <w:t xml:space="preserve"> </w:t>
      </w:r>
      <w:r>
        <w:rPr>
          <w:sz w:val="24"/>
        </w:rPr>
        <w:t>سنگ</w:t>
      </w:r>
      <w:r>
        <w:rPr>
          <w:sz w:val="24"/>
        </w:rPr>
        <w:t>‌</w:t>
      </w:r>
      <w:r>
        <w:rPr>
          <w:sz w:val="24"/>
        </w:rPr>
        <w:t>بنای</w:t>
      </w:r>
      <w:r>
        <w:rPr>
          <w:sz w:val="24"/>
        </w:rPr>
        <w:t xml:space="preserve"> </w:t>
      </w:r>
      <w:r>
        <w:rPr>
          <w:sz w:val="24"/>
        </w:rPr>
        <w:t>درمان</w:t>
      </w:r>
      <w:r>
        <w:rPr>
          <w:sz w:val="24"/>
        </w:rPr>
        <w:t xml:space="preserve"> PCOS </w:t>
      </w:r>
      <w:r>
        <w:rPr>
          <w:sz w:val="24"/>
        </w:rPr>
        <w:t>محسوب</w:t>
      </w:r>
      <w:r>
        <w:rPr>
          <w:sz w:val="24"/>
        </w:rPr>
        <w:t xml:space="preserve"> </w:t>
      </w:r>
      <w:r>
        <w:rPr>
          <w:sz w:val="24"/>
        </w:rPr>
        <w:t>می</w:t>
      </w:r>
      <w:r>
        <w:rPr>
          <w:sz w:val="24"/>
        </w:rPr>
        <w:t>‌</w:t>
      </w:r>
      <w:r>
        <w:rPr>
          <w:sz w:val="24"/>
        </w:rPr>
        <w:t>شود</w:t>
      </w:r>
      <w:r>
        <w:rPr>
          <w:sz w:val="24"/>
        </w:rPr>
        <w:t xml:space="preserve">. </w:t>
      </w:r>
      <w:r>
        <w:rPr>
          <w:sz w:val="24"/>
        </w:rPr>
        <w:t>کاهش</w:t>
      </w:r>
      <w:r>
        <w:rPr>
          <w:sz w:val="24"/>
        </w:rPr>
        <w:t xml:space="preserve"> </w:t>
      </w:r>
      <w:r>
        <w:rPr>
          <w:sz w:val="24"/>
        </w:rPr>
        <w:t>۵</w:t>
      </w:r>
      <w:r>
        <w:rPr>
          <w:sz w:val="24"/>
        </w:rPr>
        <w:t xml:space="preserve"> </w:t>
      </w:r>
      <w:r>
        <w:rPr>
          <w:sz w:val="24"/>
        </w:rPr>
        <w:t>تا</w:t>
      </w:r>
      <w:r>
        <w:rPr>
          <w:sz w:val="24"/>
        </w:rPr>
        <w:t xml:space="preserve"> </w:t>
      </w:r>
      <w:r>
        <w:rPr>
          <w:sz w:val="24"/>
        </w:rPr>
        <w:t>۱۰</w:t>
      </w:r>
      <w:r>
        <w:rPr>
          <w:sz w:val="24"/>
        </w:rPr>
        <w:t xml:space="preserve"> </w:t>
      </w:r>
      <w:r>
        <w:rPr>
          <w:sz w:val="24"/>
        </w:rPr>
        <w:t>درصد</w:t>
      </w:r>
      <w:r>
        <w:rPr>
          <w:sz w:val="24"/>
        </w:rPr>
        <w:t xml:space="preserve"> </w:t>
      </w:r>
      <w:r>
        <w:rPr>
          <w:sz w:val="24"/>
        </w:rPr>
        <w:t>وزن</w:t>
      </w:r>
      <w:r>
        <w:rPr>
          <w:sz w:val="24"/>
        </w:rPr>
        <w:t xml:space="preserve"> </w:t>
      </w:r>
      <w:r>
        <w:rPr>
          <w:sz w:val="24"/>
        </w:rPr>
        <w:t>بدن</w:t>
      </w:r>
      <w:r>
        <w:rPr>
          <w:sz w:val="24"/>
        </w:rPr>
        <w:t xml:space="preserve"> </w:t>
      </w:r>
      <w:r>
        <w:rPr>
          <w:sz w:val="24"/>
        </w:rPr>
        <w:t>می</w:t>
      </w:r>
      <w:r>
        <w:rPr>
          <w:sz w:val="24"/>
        </w:rPr>
        <w:t>‌</w:t>
      </w:r>
      <w:r>
        <w:rPr>
          <w:sz w:val="24"/>
        </w:rPr>
        <w:t>تواند</w:t>
      </w:r>
      <w:r>
        <w:rPr>
          <w:sz w:val="24"/>
        </w:rPr>
        <w:t xml:space="preserve"> </w:t>
      </w:r>
      <w:r>
        <w:rPr>
          <w:sz w:val="24"/>
        </w:rPr>
        <w:t>منجر</w:t>
      </w:r>
      <w:r>
        <w:rPr>
          <w:sz w:val="24"/>
        </w:rPr>
        <w:t xml:space="preserve"> </w:t>
      </w:r>
      <w:r>
        <w:rPr>
          <w:sz w:val="24"/>
        </w:rPr>
        <w:t>به</w:t>
      </w:r>
      <w:r>
        <w:rPr>
          <w:sz w:val="24"/>
        </w:rPr>
        <w:t xml:space="preserve"> </w:t>
      </w:r>
      <w:r>
        <w:rPr>
          <w:sz w:val="24"/>
        </w:rPr>
        <w:t>بهبود</w:t>
      </w:r>
      <w:r>
        <w:rPr>
          <w:sz w:val="24"/>
        </w:rPr>
        <w:t xml:space="preserve"> </w:t>
      </w:r>
      <w:r>
        <w:rPr>
          <w:sz w:val="24"/>
        </w:rPr>
        <w:t>تخمک</w:t>
      </w:r>
      <w:r>
        <w:rPr>
          <w:sz w:val="24"/>
        </w:rPr>
        <w:t>‌</w:t>
      </w:r>
      <w:r>
        <w:rPr>
          <w:sz w:val="24"/>
        </w:rPr>
        <w:t>گذاری،</w:t>
      </w:r>
      <w:r>
        <w:rPr>
          <w:sz w:val="24"/>
        </w:rPr>
        <w:t xml:space="preserve"> </w:t>
      </w:r>
      <w:r>
        <w:rPr>
          <w:sz w:val="24"/>
        </w:rPr>
        <w:t>تنظیم</w:t>
      </w:r>
      <w:r>
        <w:rPr>
          <w:sz w:val="24"/>
        </w:rPr>
        <w:t xml:space="preserve"> </w:t>
      </w:r>
      <w:r>
        <w:rPr>
          <w:sz w:val="24"/>
        </w:rPr>
        <w:t>سیکل</w:t>
      </w:r>
      <w:r>
        <w:rPr>
          <w:sz w:val="24"/>
        </w:rPr>
        <w:t xml:space="preserve"> </w:t>
      </w:r>
      <w:r>
        <w:rPr>
          <w:sz w:val="24"/>
        </w:rPr>
        <w:t>قاعدگی</w:t>
      </w:r>
      <w:r>
        <w:rPr>
          <w:sz w:val="24"/>
        </w:rPr>
        <w:t xml:space="preserve"> </w:t>
      </w:r>
      <w:r>
        <w:rPr>
          <w:sz w:val="24"/>
        </w:rPr>
        <w:t>و</w:t>
      </w:r>
      <w:r>
        <w:rPr>
          <w:sz w:val="24"/>
        </w:rPr>
        <w:t xml:space="preserve"> </w:t>
      </w:r>
      <w:r>
        <w:rPr>
          <w:sz w:val="24"/>
        </w:rPr>
        <w:t>افزایش</w:t>
      </w:r>
      <w:r>
        <w:rPr>
          <w:sz w:val="24"/>
        </w:rPr>
        <w:t xml:space="preserve"> </w:t>
      </w:r>
      <w:r>
        <w:rPr>
          <w:sz w:val="24"/>
        </w:rPr>
        <w:t>شانس</w:t>
      </w:r>
      <w:r>
        <w:rPr>
          <w:sz w:val="24"/>
        </w:rPr>
        <w:t xml:space="preserve"> </w:t>
      </w:r>
      <w:r>
        <w:rPr>
          <w:sz w:val="24"/>
        </w:rPr>
        <w:t>بارداری</w:t>
      </w:r>
      <w:r>
        <w:rPr>
          <w:sz w:val="24"/>
        </w:rPr>
        <w:t xml:space="preserve"> </w:t>
      </w:r>
      <w:r>
        <w:rPr>
          <w:sz w:val="24"/>
        </w:rPr>
        <w:t>شود</w:t>
      </w:r>
      <w:r>
        <w:rPr>
          <w:sz w:val="24"/>
        </w:rPr>
        <w:t>.</w:t>
      </w:r>
      <w:r>
        <w:rPr>
          <w:sz w:val="24"/>
        </w:rPr>
        <w:br/>
      </w:r>
    </w:p>
    <w:p w14:paraId="4E68A81A" w14:textId="77777777" w:rsidR="00864AD9" w:rsidRDefault="00CB5C2E" w:rsidP="00600FAF">
      <w:pPr>
        <w:pStyle w:val="Heading2"/>
        <w:jc w:val="right"/>
      </w:pPr>
      <w:r>
        <w:t>۵</w:t>
      </w:r>
      <w:r>
        <w:t xml:space="preserve">. </w:t>
      </w:r>
      <w:r>
        <w:t>حمایت</w:t>
      </w:r>
      <w:r>
        <w:t xml:space="preserve"> </w:t>
      </w:r>
      <w:r>
        <w:t>روانی</w:t>
      </w:r>
      <w:r>
        <w:t xml:space="preserve"> </w:t>
      </w:r>
      <w:r>
        <w:t>و</w:t>
      </w:r>
      <w:r>
        <w:t xml:space="preserve"> </w:t>
      </w:r>
      <w:r>
        <w:t>پایبندی</w:t>
      </w:r>
      <w:r>
        <w:t xml:space="preserve"> </w:t>
      </w:r>
      <w:r>
        <w:t>به</w:t>
      </w:r>
      <w:r>
        <w:t xml:space="preserve"> </w:t>
      </w:r>
      <w:r>
        <w:t>درمان</w:t>
      </w:r>
    </w:p>
    <w:p w14:paraId="593B76D2" w14:textId="77777777" w:rsidR="00AD0AB0" w:rsidRDefault="00CB5C2E" w:rsidP="00600FAF">
      <w:pPr>
        <w:jc w:val="right"/>
        <w:rPr>
          <w:sz w:val="24"/>
          <w:rtl/>
        </w:rPr>
      </w:pPr>
      <w:r>
        <w:rPr>
          <w:sz w:val="24"/>
        </w:rPr>
        <w:br/>
      </w:r>
      <w:r>
        <w:rPr>
          <w:sz w:val="24"/>
        </w:rPr>
        <w:t>به</w:t>
      </w:r>
      <w:r>
        <w:rPr>
          <w:sz w:val="24"/>
        </w:rPr>
        <w:t xml:space="preserve"> </w:t>
      </w:r>
      <w:r>
        <w:rPr>
          <w:sz w:val="24"/>
        </w:rPr>
        <w:t>دلیل</w:t>
      </w:r>
      <w:r>
        <w:rPr>
          <w:sz w:val="24"/>
        </w:rPr>
        <w:t xml:space="preserve"> </w:t>
      </w:r>
      <w:r>
        <w:rPr>
          <w:sz w:val="24"/>
        </w:rPr>
        <w:t>طولانی</w:t>
      </w:r>
      <w:r>
        <w:rPr>
          <w:sz w:val="24"/>
        </w:rPr>
        <w:t xml:space="preserve"> </w:t>
      </w:r>
      <w:r>
        <w:rPr>
          <w:sz w:val="24"/>
        </w:rPr>
        <w:t>بودن</w:t>
      </w:r>
      <w:r>
        <w:rPr>
          <w:sz w:val="24"/>
        </w:rPr>
        <w:t xml:space="preserve"> </w:t>
      </w:r>
      <w:r>
        <w:rPr>
          <w:sz w:val="24"/>
        </w:rPr>
        <w:t>روند</w:t>
      </w:r>
      <w:r>
        <w:rPr>
          <w:sz w:val="24"/>
        </w:rPr>
        <w:t xml:space="preserve"> </w:t>
      </w:r>
      <w:r>
        <w:rPr>
          <w:sz w:val="24"/>
        </w:rPr>
        <w:t>درمان</w:t>
      </w:r>
      <w:r>
        <w:rPr>
          <w:sz w:val="24"/>
        </w:rPr>
        <w:t xml:space="preserve"> </w:t>
      </w:r>
      <w:r>
        <w:rPr>
          <w:sz w:val="24"/>
        </w:rPr>
        <w:t>ناباروری</w:t>
      </w:r>
      <w:r>
        <w:rPr>
          <w:sz w:val="24"/>
        </w:rPr>
        <w:t xml:space="preserve"> </w:t>
      </w:r>
      <w:r>
        <w:rPr>
          <w:sz w:val="24"/>
        </w:rPr>
        <w:t>در</w:t>
      </w:r>
      <w:r>
        <w:rPr>
          <w:sz w:val="24"/>
        </w:rPr>
        <w:t xml:space="preserve"> </w:t>
      </w:r>
      <w:r>
        <w:rPr>
          <w:sz w:val="24"/>
        </w:rPr>
        <w:t>بیماران</w:t>
      </w:r>
      <w:r>
        <w:rPr>
          <w:sz w:val="24"/>
        </w:rPr>
        <w:t xml:space="preserve"> PCOS</w:t>
      </w:r>
      <w:r>
        <w:rPr>
          <w:sz w:val="24"/>
        </w:rPr>
        <w:t>،</w:t>
      </w:r>
      <w:r>
        <w:rPr>
          <w:sz w:val="24"/>
        </w:rPr>
        <w:t xml:space="preserve"> </w:t>
      </w:r>
      <w:r>
        <w:rPr>
          <w:sz w:val="24"/>
        </w:rPr>
        <w:t>حمایت</w:t>
      </w:r>
      <w:r>
        <w:rPr>
          <w:sz w:val="24"/>
        </w:rPr>
        <w:t xml:space="preserve"> </w:t>
      </w:r>
      <w:r>
        <w:rPr>
          <w:sz w:val="24"/>
        </w:rPr>
        <w:t>روانی،</w:t>
      </w:r>
      <w:r>
        <w:rPr>
          <w:sz w:val="24"/>
        </w:rPr>
        <w:t xml:space="preserve"> </w:t>
      </w:r>
      <w:r>
        <w:rPr>
          <w:sz w:val="24"/>
        </w:rPr>
        <w:t>آموزش</w:t>
      </w:r>
      <w:r>
        <w:rPr>
          <w:sz w:val="24"/>
        </w:rPr>
        <w:t xml:space="preserve"> </w:t>
      </w:r>
      <w:r>
        <w:rPr>
          <w:sz w:val="24"/>
        </w:rPr>
        <w:t>بیمار</w:t>
      </w:r>
      <w:r>
        <w:rPr>
          <w:sz w:val="24"/>
        </w:rPr>
        <w:t xml:space="preserve"> </w:t>
      </w:r>
      <w:r>
        <w:rPr>
          <w:sz w:val="24"/>
        </w:rPr>
        <w:t>و</w:t>
      </w:r>
      <w:r>
        <w:rPr>
          <w:sz w:val="24"/>
        </w:rPr>
        <w:t xml:space="preserve"> </w:t>
      </w:r>
      <w:r>
        <w:rPr>
          <w:sz w:val="24"/>
        </w:rPr>
        <w:t>افزایش</w:t>
      </w:r>
      <w:r>
        <w:rPr>
          <w:sz w:val="24"/>
        </w:rPr>
        <w:t xml:space="preserve"> </w:t>
      </w:r>
      <w:r>
        <w:rPr>
          <w:sz w:val="24"/>
        </w:rPr>
        <w:t>پایبندی</w:t>
      </w:r>
      <w:r>
        <w:rPr>
          <w:sz w:val="24"/>
        </w:rPr>
        <w:t xml:space="preserve"> </w:t>
      </w:r>
      <w:r>
        <w:rPr>
          <w:sz w:val="24"/>
        </w:rPr>
        <w:t>به</w:t>
      </w:r>
      <w:r>
        <w:rPr>
          <w:sz w:val="24"/>
        </w:rPr>
        <w:t xml:space="preserve"> </w:t>
      </w:r>
      <w:r>
        <w:rPr>
          <w:sz w:val="24"/>
        </w:rPr>
        <w:t>درمان</w:t>
      </w:r>
      <w:r>
        <w:rPr>
          <w:sz w:val="24"/>
        </w:rPr>
        <w:t xml:space="preserve"> </w:t>
      </w:r>
      <w:r>
        <w:rPr>
          <w:sz w:val="24"/>
        </w:rPr>
        <w:t>اهمیت</w:t>
      </w:r>
      <w:r>
        <w:rPr>
          <w:sz w:val="24"/>
        </w:rPr>
        <w:t xml:space="preserve"> </w:t>
      </w:r>
      <w:r>
        <w:rPr>
          <w:sz w:val="24"/>
        </w:rPr>
        <w:t>بالایی</w:t>
      </w:r>
      <w:r>
        <w:rPr>
          <w:sz w:val="24"/>
        </w:rPr>
        <w:t xml:space="preserve"> </w:t>
      </w:r>
      <w:r>
        <w:rPr>
          <w:sz w:val="24"/>
        </w:rPr>
        <w:t>دارد</w:t>
      </w:r>
      <w:r>
        <w:rPr>
          <w:sz w:val="24"/>
        </w:rPr>
        <w:t xml:space="preserve"> </w:t>
      </w:r>
      <w:r>
        <w:rPr>
          <w:sz w:val="24"/>
        </w:rPr>
        <w:t>و</w:t>
      </w:r>
      <w:r>
        <w:rPr>
          <w:sz w:val="24"/>
        </w:rPr>
        <w:t xml:space="preserve"> </w:t>
      </w:r>
      <w:r>
        <w:rPr>
          <w:sz w:val="24"/>
        </w:rPr>
        <w:t>می</w:t>
      </w:r>
      <w:r>
        <w:rPr>
          <w:sz w:val="24"/>
        </w:rPr>
        <w:t>‌</w:t>
      </w:r>
      <w:r>
        <w:rPr>
          <w:sz w:val="24"/>
        </w:rPr>
        <w:t>تواند</w:t>
      </w:r>
      <w:r>
        <w:rPr>
          <w:sz w:val="24"/>
        </w:rPr>
        <w:t xml:space="preserve"> </w:t>
      </w:r>
      <w:r>
        <w:rPr>
          <w:sz w:val="24"/>
        </w:rPr>
        <w:t>بر</w:t>
      </w:r>
      <w:r>
        <w:rPr>
          <w:sz w:val="24"/>
        </w:rPr>
        <w:t xml:space="preserve"> </w:t>
      </w:r>
      <w:proofErr w:type="spellStart"/>
      <w:r>
        <w:rPr>
          <w:sz w:val="24"/>
        </w:rPr>
        <w:t>نتایج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درمان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اثرگذار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باشد</w:t>
      </w:r>
      <w:proofErr w:type="spellEnd"/>
    </w:p>
    <w:p w14:paraId="53EC79DF" w14:textId="3C5FF264" w:rsidR="00AD0AB0" w:rsidRPr="00AD0AB0" w:rsidRDefault="00CB5C2E" w:rsidP="00600FAF">
      <w:pPr>
        <w:jc w:val="right"/>
        <w:rPr>
          <w:sz w:val="24"/>
        </w:rPr>
      </w:pPr>
      <w:r>
        <w:rPr>
          <w:sz w:val="24"/>
        </w:rPr>
        <w:t>.</w:t>
      </w:r>
      <w:r w:rsidR="00AD0AB0" w:rsidRPr="00AD0AB0">
        <w:rPr>
          <w:rFonts w:cs="Arial" w:hint="cs"/>
          <w:sz w:val="24"/>
          <w:rtl/>
        </w:rPr>
        <w:t xml:space="preserve"> خلاصه</w:t>
      </w:r>
      <w:r w:rsidR="00AD0AB0" w:rsidRPr="00AD0AB0">
        <w:rPr>
          <w:rFonts w:cs="Arial"/>
          <w:sz w:val="24"/>
          <w:rtl/>
        </w:rPr>
        <w:t xml:space="preserve"> </w:t>
      </w:r>
      <w:r w:rsidR="00AD0AB0" w:rsidRPr="00AD0AB0">
        <w:rPr>
          <w:rFonts w:cs="Arial" w:hint="cs"/>
          <w:sz w:val="24"/>
          <w:rtl/>
        </w:rPr>
        <w:t>داروها</w:t>
      </w:r>
      <w:r w:rsidR="00AD0AB0" w:rsidRPr="00AD0AB0">
        <w:rPr>
          <w:rFonts w:cs="Arial"/>
          <w:sz w:val="24"/>
          <w:rtl/>
        </w:rPr>
        <w:t xml:space="preserve"> </w:t>
      </w:r>
      <w:r w:rsidR="00AD0AB0" w:rsidRPr="00AD0AB0">
        <w:rPr>
          <w:rFonts w:cs="Arial" w:hint="cs"/>
          <w:sz w:val="24"/>
          <w:rtl/>
        </w:rPr>
        <w:t>و</w:t>
      </w:r>
      <w:r w:rsidR="00AD0AB0" w:rsidRPr="00AD0AB0">
        <w:rPr>
          <w:rFonts w:cs="Arial"/>
          <w:sz w:val="24"/>
          <w:rtl/>
        </w:rPr>
        <w:t xml:space="preserve"> </w:t>
      </w:r>
      <w:r w:rsidR="00AD0AB0" w:rsidRPr="00AD0AB0">
        <w:rPr>
          <w:rFonts w:cs="Arial" w:hint="cs"/>
          <w:sz w:val="24"/>
          <w:rtl/>
        </w:rPr>
        <w:t>درمان‌های</w:t>
      </w:r>
      <w:r w:rsidR="00AD0AB0" w:rsidRPr="00AD0AB0">
        <w:rPr>
          <w:rFonts w:cs="Arial"/>
          <w:sz w:val="24"/>
          <w:rtl/>
        </w:rPr>
        <w:t xml:space="preserve"> </w:t>
      </w:r>
      <w:r w:rsidR="00AD0AB0" w:rsidRPr="00AD0AB0">
        <w:rPr>
          <w:rFonts w:cs="Arial" w:hint="cs"/>
          <w:sz w:val="24"/>
          <w:rtl/>
        </w:rPr>
        <w:t>مطرح‌شده</w:t>
      </w:r>
    </w:p>
    <w:p w14:paraId="320C549A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متفورمین</w:t>
      </w:r>
      <w:r w:rsidRPr="00AD0AB0">
        <w:rPr>
          <w:rFonts w:cs="Arial"/>
          <w:sz w:val="24"/>
          <w:rtl/>
        </w:rPr>
        <w:t xml:space="preserve"> (</w:t>
      </w:r>
      <w:r w:rsidRPr="00AD0AB0">
        <w:rPr>
          <w:sz w:val="24"/>
        </w:rPr>
        <w:t>Metformin)</w:t>
      </w:r>
    </w:p>
    <w:p w14:paraId="1E1663B3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مهم‌ترین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داروی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متابولیک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در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sz w:val="24"/>
        </w:rPr>
        <w:t>PCOS</w:t>
      </w:r>
    </w:p>
    <w:p w14:paraId="5BFB9601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کاهش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مقاومت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به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انسولین</w:t>
      </w:r>
    </w:p>
    <w:p w14:paraId="5DB6853E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کمک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به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کاهش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وزن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و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تنظیم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قاعدگی</w:t>
      </w:r>
    </w:p>
    <w:p w14:paraId="3E229668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بهبود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تخمک‌گذاری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و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پاسخ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به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لتروزول</w:t>
      </w:r>
      <w:r w:rsidRPr="00AD0AB0">
        <w:rPr>
          <w:rFonts w:cs="Arial"/>
          <w:sz w:val="24"/>
          <w:rtl/>
        </w:rPr>
        <w:t>/</w:t>
      </w:r>
      <w:r w:rsidRPr="00AD0AB0">
        <w:rPr>
          <w:rFonts w:cs="Arial" w:hint="cs"/>
          <w:sz w:val="24"/>
          <w:rtl/>
        </w:rPr>
        <w:t>کلومیفن</w:t>
      </w:r>
    </w:p>
    <w:p w14:paraId="4FF0E96C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کاهش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ریسک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sz w:val="24"/>
        </w:rPr>
        <w:t xml:space="preserve">OHSS </w:t>
      </w:r>
      <w:r w:rsidRPr="00AD0AB0">
        <w:rPr>
          <w:rFonts w:cs="Arial" w:hint="cs"/>
          <w:sz w:val="24"/>
          <w:rtl/>
        </w:rPr>
        <w:t>در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sz w:val="24"/>
        </w:rPr>
        <w:t>IVF</w:t>
      </w:r>
    </w:p>
    <w:p w14:paraId="6837C5AC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آگونیست‌های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sz w:val="24"/>
        </w:rPr>
        <w:t>GLP-1</w:t>
      </w:r>
    </w:p>
    <w:p w14:paraId="3EA757D6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مثل</w:t>
      </w:r>
      <w:r w:rsidRPr="00AD0AB0">
        <w:rPr>
          <w:rFonts w:cs="Arial"/>
          <w:sz w:val="24"/>
          <w:rtl/>
        </w:rPr>
        <w:t>:</w:t>
      </w:r>
    </w:p>
    <w:p w14:paraId="34E18C5A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لیراگلوتاید</w:t>
      </w:r>
      <w:r w:rsidRPr="00AD0AB0">
        <w:rPr>
          <w:rFonts w:cs="Arial"/>
          <w:sz w:val="24"/>
          <w:rtl/>
        </w:rPr>
        <w:t xml:space="preserve"> (</w:t>
      </w:r>
      <w:proofErr w:type="spellStart"/>
      <w:r w:rsidRPr="00AD0AB0">
        <w:rPr>
          <w:sz w:val="24"/>
        </w:rPr>
        <w:t>Liraglutide</w:t>
      </w:r>
      <w:proofErr w:type="spellEnd"/>
      <w:r w:rsidRPr="00AD0AB0">
        <w:rPr>
          <w:sz w:val="24"/>
        </w:rPr>
        <w:t>)</w:t>
      </w:r>
    </w:p>
    <w:p w14:paraId="4BD229D8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سماگلوتاید</w:t>
      </w:r>
      <w:r w:rsidRPr="00AD0AB0">
        <w:rPr>
          <w:rFonts w:cs="Arial"/>
          <w:sz w:val="24"/>
          <w:rtl/>
        </w:rPr>
        <w:t xml:space="preserve"> (</w:t>
      </w:r>
      <w:proofErr w:type="spellStart"/>
      <w:r w:rsidRPr="00AD0AB0">
        <w:rPr>
          <w:sz w:val="24"/>
        </w:rPr>
        <w:t>Semaglutide</w:t>
      </w:r>
      <w:proofErr w:type="spellEnd"/>
      <w:r w:rsidRPr="00AD0AB0">
        <w:rPr>
          <w:sz w:val="24"/>
        </w:rPr>
        <w:t>)</w:t>
      </w:r>
    </w:p>
    <w:p w14:paraId="589C1271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کاربردها</w:t>
      </w:r>
      <w:r w:rsidRPr="00AD0AB0">
        <w:rPr>
          <w:rFonts w:cs="Arial"/>
          <w:sz w:val="24"/>
          <w:rtl/>
        </w:rPr>
        <w:t>:</w:t>
      </w:r>
    </w:p>
    <w:p w14:paraId="767C641F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کاهش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وزن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قابل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توجه</w:t>
      </w:r>
    </w:p>
    <w:p w14:paraId="1D19E8C2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کاهش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مقاومت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به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انسولین</w:t>
      </w:r>
    </w:p>
    <w:p w14:paraId="060318BF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بهبود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عملکرد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تخمدان</w:t>
      </w:r>
    </w:p>
    <w:p w14:paraId="3FD908B1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مناسب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بیماران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چاق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و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مقاوم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به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درمان</w:t>
      </w:r>
    </w:p>
    <w:p w14:paraId="042F35B6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لتروزول</w:t>
      </w:r>
      <w:r w:rsidRPr="00AD0AB0">
        <w:rPr>
          <w:rFonts w:cs="Arial"/>
          <w:sz w:val="24"/>
          <w:rtl/>
        </w:rPr>
        <w:t xml:space="preserve"> (</w:t>
      </w:r>
      <w:proofErr w:type="spellStart"/>
      <w:r w:rsidRPr="00AD0AB0">
        <w:rPr>
          <w:sz w:val="24"/>
        </w:rPr>
        <w:t>Letrozole</w:t>
      </w:r>
      <w:proofErr w:type="spellEnd"/>
      <w:r w:rsidRPr="00AD0AB0">
        <w:rPr>
          <w:sz w:val="24"/>
        </w:rPr>
        <w:t>)</w:t>
      </w:r>
    </w:p>
    <w:p w14:paraId="222C3E91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خط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اول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تحریک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تخمک‌گذاری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در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sz w:val="24"/>
        </w:rPr>
        <w:t>PCOS</w:t>
      </w:r>
    </w:p>
    <w:p w14:paraId="1669040A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نسبت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به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کلومیفن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موفق‌تر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معرفی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شده</w:t>
      </w:r>
    </w:p>
    <w:p w14:paraId="55CCB26C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در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برخی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بیماران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مقاومت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به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لتروزول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دیده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می‌شود</w:t>
      </w:r>
      <w:r w:rsidRPr="00AD0AB0">
        <w:rPr>
          <w:rFonts w:cs="Arial"/>
          <w:sz w:val="24"/>
          <w:rtl/>
        </w:rPr>
        <w:t>.</w:t>
      </w:r>
    </w:p>
    <w:p w14:paraId="28E5BB51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دگزامتازون</w:t>
      </w:r>
      <w:r w:rsidRPr="00AD0AB0">
        <w:rPr>
          <w:rFonts w:cs="Arial"/>
          <w:sz w:val="24"/>
          <w:rtl/>
        </w:rPr>
        <w:t xml:space="preserve"> (</w:t>
      </w:r>
      <w:r w:rsidRPr="00AD0AB0">
        <w:rPr>
          <w:sz w:val="24"/>
        </w:rPr>
        <w:t>Dexamethasone)</w:t>
      </w:r>
    </w:p>
    <w:p w14:paraId="104FE35A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برای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بیماران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هایپرآندروژنیک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یا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مقاوم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به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لتروزول</w:t>
      </w:r>
    </w:p>
    <w:p w14:paraId="63D1ADC3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کاهش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آندروژن‌های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آدرنال</w:t>
      </w:r>
    </w:p>
    <w:p w14:paraId="7E040946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افزایش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احتمال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تخمک‌گذاری</w:t>
      </w:r>
    </w:p>
    <w:p w14:paraId="7BE4B0CC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در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برخی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مطالعات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باعث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افزایش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sz w:val="24"/>
        </w:rPr>
        <w:t xml:space="preserve">live birth rate </w:t>
      </w:r>
      <w:r w:rsidRPr="00AD0AB0">
        <w:rPr>
          <w:rFonts w:cs="Arial" w:hint="cs"/>
          <w:sz w:val="24"/>
          <w:rtl/>
        </w:rPr>
        <w:t>شده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است</w:t>
      </w:r>
      <w:r w:rsidRPr="00AD0AB0">
        <w:rPr>
          <w:rFonts w:cs="Arial"/>
          <w:sz w:val="24"/>
          <w:rtl/>
        </w:rPr>
        <w:t>.</w:t>
      </w:r>
    </w:p>
    <w:p w14:paraId="0F5F7162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ویتامین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sz w:val="24"/>
        </w:rPr>
        <w:t>D</w:t>
      </w:r>
    </w:p>
    <w:p w14:paraId="5B8D6609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در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بسیاری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از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بیماران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sz w:val="24"/>
        </w:rPr>
        <w:t xml:space="preserve">PCOS </w:t>
      </w:r>
      <w:r w:rsidRPr="00AD0AB0">
        <w:rPr>
          <w:rFonts w:cs="Arial" w:hint="cs"/>
          <w:sz w:val="24"/>
          <w:rtl/>
        </w:rPr>
        <w:t>کمبود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دارد</w:t>
      </w:r>
      <w:r w:rsidRPr="00AD0AB0">
        <w:rPr>
          <w:rFonts w:cs="Arial"/>
          <w:sz w:val="24"/>
          <w:rtl/>
        </w:rPr>
        <w:t>.</w:t>
      </w:r>
    </w:p>
    <w:p w14:paraId="5A905244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کمک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به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تنظیم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هورمون‌ها</w:t>
      </w:r>
    </w:p>
    <w:p w14:paraId="6DB0E33A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کاهش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تستوسترون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و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sz w:val="24"/>
        </w:rPr>
        <w:t>LH</w:t>
      </w:r>
    </w:p>
    <w:p w14:paraId="360A10D2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بهبود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کیفیت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تخمک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و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شانس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بارداری</w:t>
      </w:r>
    </w:p>
    <w:p w14:paraId="3B341F95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آنتی‌اکسیدان‌ها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و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درمان‌های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ضدالتهابی</w:t>
      </w:r>
    </w:p>
    <w:p w14:paraId="59AC620E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هدف</w:t>
      </w:r>
      <w:r w:rsidRPr="00AD0AB0">
        <w:rPr>
          <w:rFonts w:cs="Arial"/>
          <w:sz w:val="24"/>
          <w:rtl/>
        </w:rPr>
        <w:t>:</w:t>
      </w:r>
    </w:p>
    <w:p w14:paraId="453AA580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کاهش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استرس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اکسیداتیو</w:t>
      </w:r>
    </w:p>
    <w:p w14:paraId="75EC0759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بهبود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کیفیت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اووسیت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و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محیط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فولیکولی</w:t>
      </w:r>
    </w:p>
    <w:p w14:paraId="7AE2D817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نمونه‌ها</w:t>
      </w:r>
      <w:r w:rsidRPr="00AD0AB0">
        <w:rPr>
          <w:rFonts w:cs="Arial"/>
          <w:sz w:val="24"/>
          <w:rtl/>
        </w:rPr>
        <w:t>:</w:t>
      </w:r>
    </w:p>
    <w:p w14:paraId="6B88E6CF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sz w:val="24"/>
        </w:rPr>
        <w:t>CoQ10</w:t>
      </w:r>
    </w:p>
    <w:p w14:paraId="7E0B8829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sz w:val="24"/>
        </w:rPr>
        <w:t>Omega-3</w:t>
      </w:r>
    </w:p>
    <w:p w14:paraId="1B737B91" w14:textId="77777777" w:rsidR="00AD0AB0" w:rsidRPr="00AD0AB0" w:rsidRDefault="00AD0AB0" w:rsidP="00600FAF">
      <w:pPr>
        <w:jc w:val="right"/>
        <w:rPr>
          <w:sz w:val="24"/>
        </w:rPr>
      </w:pPr>
      <w:proofErr w:type="spellStart"/>
      <w:r w:rsidRPr="00AD0AB0">
        <w:rPr>
          <w:sz w:val="24"/>
        </w:rPr>
        <w:t>Myoinositol</w:t>
      </w:r>
      <w:proofErr w:type="spellEnd"/>
    </w:p>
    <w:p w14:paraId="38582818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مایوانوزیتول</w:t>
      </w:r>
      <w:r w:rsidRPr="00AD0AB0">
        <w:rPr>
          <w:rFonts w:cs="Arial"/>
          <w:sz w:val="24"/>
          <w:rtl/>
        </w:rPr>
        <w:t xml:space="preserve"> (</w:t>
      </w:r>
      <w:proofErr w:type="spellStart"/>
      <w:r w:rsidRPr="00AD0AB0">
        <w:rPr>
          <w:sz w:val="24"/>
        </w:rPr>
        <w:t>Myo</w:t>
      </w:r>
      <w:proofErr w:type="spellEnd"/>
      <w:r w:rsidRPr="00AD0AB0">
        <w:rPr>
          <w:sz w:val="24"/>
        </w:rPr>
        <w:t>-Inositol)</w:t>
      </w:r>
    </w:p>
    <w:p w14:paraId="2906DFF6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بهبود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حساسیت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به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انسولین</w:t>
      </w:r>
    </w:p>
    <w:p w14:paraId="07CA9F89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کمک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به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تخمک‌گذاری</w:t>
      </w:r>
    </w:p>
    <w:p w14:paraId="035702F8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بهبود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کیفیت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اووسیت</w:t>
      </w:r>
    </w:p>
    <w:p w14:paraId="3C19A069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کاربرد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زیاد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در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sz w:val="24"/>
        </w:rPr>
        <w:t>IVF</w:t>
      </w:r>
    </w:p>
    <w:p w14:paraId="3E2BBE73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اصلاح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سبک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زندگی</w:t>
      </w:r>
    </w:p>
    <w:p w14:paraId="2F36279B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شامل</w:t>
      </w:r>
      <w:r w:rsidRPr="00AD0AB0">
        <w:rPr>
          <w:rFonts w:cs="Arial"/>
          <w:sz w:val="24"/>
          <w:rtl/>
        </w:rPr>
        <w:t>:</w:t>
      </w:r>
    </w:p>
    <w:p w14:paraId="4B9A3961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کاهش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وزن</w:t>
      </w:r>
    </w:p>
    <w:p w14:paraId="7698106E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ورزش</w:t>
      </w:r>
    </w:p>
    <w:p w14:paraId="42BB5621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رژیم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غذایی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سالم</w:t>
      </w:r>
    </w:p>
    <w:p w14:paraId="27E407BB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حتی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کاهش</w:t>
      </w:r>
      <w:r w:rsidRPr="00AD0AB0">
        <w:rPr>
          <w:rFonts w:cs="Arial"/>
          <w:sz w:val="24"/>
          <w:rtl/>
        </w:rPr>
        <w:t xml:space="preserve"> ۵–۱۰٪ </w:t>
      </w:r>
      <w:r w:rsidRPr="00AD0AB0">
        <w:rPr>
          <w:rFonts w:cs="Arial" w:hint="cs"/>
          <w:sz w:val="24"/>
          <w:rtl/>
        </w:rPr>
        <w:t>وزن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می‌تواند</w:t>
      </w:r>
      <w:r w:rsidRPr="00AD0AB0">
        <w:rPr>
          <w:rFonts w:cs="Arial"/>
          <w:sz w:val="24"/>
          <w:rtl/>
        </w:rPr>
        <w:t>:</w:t>
      </w:r>
    </w:p>
    <w:p w14:paraId="72095F4E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تخمک‌گذاری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را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بهتر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کند</w:t>
      </w:r>
    </w:p>
    <w:p w14:paraId="6C9A3363" w14:textId="77777777" w:rsidR="00AD0AB0" w:rsidRPr="00AD0AB0" w:rsidRDefault="00AD0AB0" w:rsidP="00600FAF">
      <w:pPr>
        <w:jc w:val="right"/>
        <w:rPr>
          <w:sz w:val="24"/>
        </w:rPr>
      </w:pPr>
      <w:r w:rsidRPr="00AD0AB0">
        <w:rPr>
          <w:rFonts w:cs="Arial" w:hint="cs"/>
          <w:sz w:val="24"/>
          <w:rtl/>
        </w:rPr>
        <w:t>قاعدگی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را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منظم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کند</w:t>
      </w:r>
    </w:p>
    <w:p w14:paraId="2005C4AA" w14:textId="72B24723" w:rsidR="00864AD9" w:rsidRDefault="00AD0AB0" w:rsidP="00600FAF">
      <w:pPr>
        <w:ind w:left="1440"/>
        <w:jc w:val="right"/>
      </w:pPr>
      <w:r w:rsidRPr="00AD0AB0">
        <w:rPr>
          <w:rFonts w:cs="Arial" w:hint="cs"/>
          <w:sz w:val="24"/>
          <w:rtl/>
        </w:rPr>
        <w:t>شانس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بارداری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را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افزایش</w:t>
      </w:r>
      <w:r w:rsidRPr="00AD0AB0">
        <w:rPr>
          <w:rFonts w:cs="Arial"/>
          <w:sz w:val="24"/>
          <w:rtl/>
        </w:rPr>
        <w:t xml:space="preserve"> </w:t>
      </w:r>
      <w:r w:rsidRPr="00AD0AB0">
        <w:rPr>
          <w:rFonts w:cs="Arial" w:hint="cs"/>
          <w:sz w:val="24"/>
          <w:rtl/>
        </w:rPr>
        <w:t>دهد</w:t>
      </w:r>
      <w:r w:rsidRPr="00AD0AB0">
        <w:rPr>
          <w:rFonts w:cs="Arial"/>
          <w:sz w:val="24"/>
          <w:rtl/>
        </w:rPr>
        <w:t>.</w:t>
      </w:r>
    </w:p>
    <w:p w14:paraId="185671B8" w14:textId="77777777" w:rsidR="00864AD9" w:rsidRDefault="00CB5C2E" w:rsidP="00600FAF">
      <w:pPr>
        <w:pStyle w:val="Heading2"/>
        <w:jc w:val="right"/>
      </w:pPr>
      <w:r>
        <w:t>جمع</w:t>
      </w:r>
      <w:r>
        <w:t>‌</w:t>
      </w:r>
      <w:r>
        <w:t>بندی</w:t>
      </w:r>
    </w:p>
    <w:p w14:paraId="47557004" w14:textId="77777777" w:rsidR="00864AD9" w:rsidRDefault="00CB5C2E" w:rsidP="00600FAF">
      <w:pPr>
        <w:jc w:val="right"/>
      </w:pPr>
      <w:r>
        <w:rPr>
          <w:sz w:val="24"/>
        </w:rPr>
        <w:br/>
      </w:r>
      <w:r>
        <w:rPr>
          <w:sz w:val="24"/>
        </w:rPr>
        <w:t>درمان</w:t>
      </w:r>
      <w:r>
        <w:rPr>
          <w:sz w:val="24"/>
        </w:rPr>
        <w:t xml:space="preserve"> </w:t>
      </w:r>
      <w:r>
        <w:rPr>
          <w:sz w:val="24"/>
        </w:rPr>
        <w:t>بیماران</w:t>
      </w:r>
      <w:r>
        <w:rPr>
          <w:sz w:val="24"/>
        </w:rPr>
        <w:t xml:space="preserve"> </w:t>
      </w:r>
      <w:r>
        <w:rPr>
          <w:sz w:val="24"/>
        </w:rPr>
        <w:t>مبتلا</w:t>
      </w:r>
      <w:r>
        <w:rPr>
          <w:sz w:val="24"/>
        </w:rPr>
        <w:t xml:space="preserve"> </w:t>
      </w:r>
      <w:r>
        <w:rPr>
          <w:sz w:val="24"/>
        </w:rPr>
        <w:t>به</w:t>
      </w:r>
      <w:r>
        <w:rPr>
          <w:sz w:val="24"/>
        </w:rPr>
        <w:t xml:space="preserve"> PCOS </w:t>
      </w:r>
      <w:r>
        <w:rPr>
          <w:sz w:val="24"/>
        </w:rPr>
        <w:t>باید</w:t>
      </w:r>
      <w:r>
        <w:rPr>
          <w:sz w:val="24"/>
        </w:rPr>
        <w:t xml:space="preserve"> </w:t>
      </w:r>
      <w:r>
        <w:rPr>
          <w:sz w:val="24"/>
        </w:rPr>
        <w:t>به</w:t>
      </w:r>
      <w:r>
        <w:rPr>
          <w:sz w:val="24"/>
        </w:rPr>
        <w:t>‌</w:t>
      </w:r>
      <w:r>
        <w:rPr>
          <w:sz w:val="24"/>
        </w:rPr>
        <w:t>صورت</w:t>
      </w:r>
      <w:r>
        <w:rPr>
          <w:sz w:val="24"/>
        </w:rPr>
        <w:t xml:space="preserve"> </w:t>
      </w:r>
      <w:r>
        <w:rPr>
          <w:sz w:val="24"/>
        </w:rPr>
        <w:t>فردمحور</w:t>
      </w:r>
      <w:r>
        <w:rPr>
          <w:sz w:val="24"/>
        </w:rPr>
        <w:t xml:space="preserve"> </w:t>
      </w:r>
      <w:r>
        <w:rPr>
          <w:sz w:val="24"/>
        </w:rPr>
        <w:t>و</w:t>
      </w:r>
      <w:r>
        <w:rPr>
          <w:sz w:val="24"/>
        </w:rPr>
        <w:t xml:space="preserve"> </w:t>
      </w:r>
      <w:r>
        <w:rPr>
          <w:sz w:val="24"/>
        </w:rPr>
        <w:t>بر</w:t>
      </w:r>
      <w:r>
        <w:rPr>
          <w:sz w:val="24"/>
        </w:rPr>
        <w:t xml:space="preserve"> </w:t>
      </w:r>
      <w:r>
        <w:rPr>
          <w:sz w:val="24"/>
        </w:rPr>
        <w:t>اساس</w:t>
      </w:r>
      <w:r>
        <w:rPr>
          <w:sz w:val="24"/>
        </w:rPr>
        <w:t xml:space="preserve"> </w:t>
      </w:r>
      <w:r>
        <w:rPr>
          <w:sz w:val="24"/>
        </w:rPr>
        <w:t>ویژگی</w:t>
      </w:r>
      <w:r>
        <w:rPr>
          <w:sz w:val="24"/>
        </w:rPr>
        <w:t>‌</w:t>
      </w:r>
      <w:r>
        <w:rPr>
          <w:sz w:val="24"/>
        </w:rPr>
        <w:t>های</w:t>
      </w:r>
      <w:r>
        <w:rPr>
          <w:sz w:val="24"/>
        </w:rPr>
        <w:t xml:space="preserve"> </w:t>
      </w:r>
      <w:r>
        <w:rPr>
          <w:sz w:val="24"/>
        </w:rPr>
        <w:t>بالینی</w:t>
      </w:r>
      <w:r>
        <w:rPr>
          <w:sz w:val="24"/>
        </w:rPr>
        <w:t xml:space="preserve"> </w:t>
      </w:r>
      <w:r>
        <w:rPr>
          <w:sz w:val="24"/>
        </w:rPr>
        <w:t>و</w:t>
      </w:r>
      <w:r>
        <w:rPr>
          <w:sz w:val="24"/>
        </w:rPr>
        <w:t xml:space="preserve"> </w:t>
      </w:r>
      <w:r>
        <w:rPr>
          <w:sz w:val="24"/>
        </w:rPr>
        <w:t>متابولیک</w:t>
      </w:r>
      <w:r>
        <w:rPr>
          <w:sz w:val="24"/>
        </w:rPr>
        <w:t xml:space="preserve"> </w:t>
      </w:r>
      <w:r>
        <w:rPr>
          <w:sz w:val="24"/>
        </w:rPr>
        <w:t>هر</w:t>
      </w:r>
      <w:r>
        <w:rPr>
          <w:sz w:val="24"/>
        </w:rPr>
        <w:t xml:space="preserve"> </w:t>
      </w:r>
      <w:r>
        <w:rPr>
          <w:sz w:val="24"/>
        </w:rPr>
        <w:t>بیمار</w:t>
      </w:r>
      <w:r>
        <w:rPr>
          <w:sz w:val="24"/>
        </w:rPr>
        <w:t xml:space="preserve"> </w:t>
      </w:r>
      <w:r>
        <w:rPr>
          <w:sz w:val="24"/>
        </w:rPr>
        <w:t>طراحی</w:t>
      </w:r>
      <w:r>
        <w:rPr>
          <w:sz w:val="24"/>
        </w:rPr>
        <w:t xml:space="preserve"> </w:t>
      </w:r>
      <w:r>
        <w:rPr>
          <w:sz w:val="24"/>
        </w:rPr>
        <w:t>شود</w:t>
      </w:r>
      <w:r>
        <w:rPr>
          <w:sz w:val="24"/>
        </w:rPr>
        <w:t xml:space="preserve">. </w:t>
      </w:r>
      <w:r>
        <w:rPr>
          <w:sz w:val="24"/>
        </w:rPr>
        <w:t>ترکیب</w:t>
      </w:r>
      <w:r>
        <w:rPr>
          <w:sz w:val="24"/>
        </w:rPr>
        <w:t xml:space="preserve"> </w:t>
      </w:r>
      <w:r>
        <w:rPr>
          <w:sz w:val="24"/>
        </w:rPr>
        <w:t>مناسب</w:t>
      </w:r>
      <w:r>
        <w:rPr>
          <w:sz w:val="24"/>
        </w:rPr>
        <w:t xml:space="preserve"> </w:t>
      </w:r>
      <w:r>
        <w:rPr>
          <w:sz w:val="24"/>
        </w:rPr>
        <w:t>درمان</w:t>
      </w:r>
      <w:r>
        <w:rPr>
          <w:sz w:val="24"/>
        </w:rPr>
        <w:t>‌</w:t>
      </w:r>
      <w:r>
        <w:rPr>
          <w:sz w:val="24"/>
        </w:rPr>
        <w:t>های</w:t>
      </w:r>
      <w:r>
        <w:rPr>
          <w:sz w:val="24"/>
        </w:rPr>
        <w:t xml:space="preserve"> </w:t>
      </w:r>
      <w:r>
        <w:rPr>
          <w:sz w:val="24"/>
        </w:rPr>
        <w:t>متابولیک،</w:t>
      </w:r>
      <w:r>
        <w:rPr>
          <w:sz w:val="24"/>
        </w:rPr>
        <w:t xml:space="preserve"> </w:t>
      </w:r>
      <w:r>
        <w:rPr>
          <w:sz w:val="24"/>
        </w:rPr>
        <w:t>هورمونی،</w:t>
      </w:r>
      <w:r>
        <w:rPr>
          <w:sz w:val="24"/>
        </w:rPr>
        <w:t xml:space="preserve"> </w:t>
      </w:r>
      <w:r>
        <w:rPr>
          <w:sz w:val="24"/>
        </w:rPr>
        <w:t>ضدالتهابی</w:t>
      </w:r>
      <w:r>
        <w:rPr>
          <w:sz w:val="24"/>
        </w:rPr>
        <w:t xml:space="preserve"> </w:t>
      </w:r>
      <w:r>
        <w:rPr>
          <w:sz w:val="24"/>
        </w:rPr>
        <w:t>و</w:t>
      </w:r>
      <w:r>
        <w:rPr>
          <w:sz w:val="24"/>
        </w:rPr>
        <w:t xml:space="preserve"> </w:t>
      </w:r>
      <w:r>
        <w:rPr>
          <w:sz w:val="24"/>
        </w:rPr>
        <w:t>اصلاح</w:t>
      </w:r>
      <w:r>
        <w:rPr>
          <w:sz w:val="24"/>
        </w:rPr>
        <w:t xml:space="preserve"> </w:t>
      </w:r>
      <w:r>
        <w:rPr>
          <w:sz w:val="24"/>
        </w:rPr>
        <w:t>سبک</w:t>
      </w:r>
      <w:r>
        <w:rPr>
          <w:sz w:val="24"/>
        </w:rPr>
        <w:t xml:space="preserve"> </w:t>
      </w:r>
      <w:r>
        <w:rPr>
          <w:sz w:val="24"/>
        </w:rPr>
        <w:t>زندگی</w:t>
      </w:r>
      <w:r>
        <w:rPr>
          <w:sz w:val="24"/>
        </w:rPr>
        <w:t xml:space="preserve"> </w:t>
      </w:r>
      <w:r>
        <w:rPr>
          <w:sz w:val="24"/>
        </w:rPr>
        <w:t>می</w:t>
      </w:r>
      <w:r>
        <w:rPr>
          <w:sz w:val="24"/>
        </w:rPr>
        <w:t>‌</w:t>
      </w:r>
      <w:r>
        <w:rPr>
          <w:sz w:val="24"/>
        </w:rPr>
        <w:t>تواند</w:t>
      </w:r>
      <w:r>
        <w:rPr>
          <w:sz w:val="24"/>
        </w:rPr>
        <w:t xml:space="preserve"> </w:t>
      </w:r>
      <w:r>
        <w:rPr>
          <w:sz w:val="24"/>
        </w:rPr>
        <w:t>شانس</w:t>
      </w:r>
      <w:r>
        <w:rPr>
          <w:sz w:val="24"/>
        </w:rPr>
        <w:t xml:space="preserve"> </w:t>
      </w:r>
      <w:r>
        <w:rPr>
          <w:sz w:val="24"/>
        </w:rPr>
        <w:t>موفقیت</w:t>
      </w:r>
      <w:r>
        <w:rPr>
          <w:sz w:val="24"/>
        </w:rPr>
        <w:t xml:space="preserve"> </w:t>
      </w:r>
      <w:r>
        <w:rPr>
          <w:sz w:val="24"/>
        </w:rPr>
        <w:t>درمان</w:t>
      </w:r>
      <w:r>
        <w:rPr>
          <w:sz w:val="24"/>
        </w:rPr>
        <w:t xml:space="preserve"> </w:t>
      </w:r>
      <w:r>
        <w:rPr>
          <w:sz w:val="24"/>
        </w:rPr>
        <w:t>ناباروری</w:t>
      </w:r>
      <w:r>
        <w:rPr>
          <w:sz w:val="24"/>
        </w:rPr>
        <w:t xml:space="preserve"> </w:t>
      </w:r>
      <w:r>
        <w:rPr>
          <w:sz w:val="24"/>
        </w:rPr>
        <w:t>و</w:t>
      </w:r>
      <w:r>
        <w:rPr>
          <w:sz w:val="24"/>
        </w:rPr>
        <w:t xml:space="preserve"> </w:t>
      </w:r>
      <w:r>
        <w:rPr>
          <w:sz w:val="24"/>
        </w:rPr>
        <w:t>بارداری</w:t>
      </w:r>
      <w:r>
        <w:rPr>
          <w:sz w:val="24"/>
        </w:rPr>
        <w:t xml:space="preserve"> </w:t>
      </w:r>
      <w:r>
        <w:rPr>
          <w:sz w:val="24"/>
        </w:rPr>
        <w:t>را</w:t>
      </w:r>
      <w:r>
        <w:rPr>
          <w:sz w:val="24"/>
        </w:rPr>
        <w:t xml:space="preserve"> </w:t>
      </w:r>
      <w:r>
        <w:rPr>
          <w:sz w:val="24"/>
        </w:rPr>
        <w:t>افزایش</w:t>
      </w:r>
      <w:r>
        <w:rPr>
          <w:sz w:val="24"/>
        </w:rPr>
        <w:t xml:space="preserve"> </w:t>
      </w:r>
      <w:r>
        <w:rPr>
          <w:sz w:val="24"/>
        </w:rPr>
        <w:t>دهد</w:t>
      </w:r>
      <w:r>
        <w:rPr>
          <w:sz w:val="24"/>
        </w:rPr>
        <w:t>.</w:t>
      </w:r>
      <w:r>
        <w:rPr>
          <w:sz w:val="24"/>
        </w:rPr>
        <w:br/>
      </w:r>
    </w:p>
    <w:sectPr w:rsidR="00864AD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2240818">
    <w:abstractNumId w:val="8"/>
  </w:num>
  <w:num w:numId="2" w16cid:durableId="1088422283">
    <w:abstractNumId w:val="6"/>
  </w:num>
  <w:num w:numId="3" w16cid:durableId="493961211">
    <w:abstractNumId w:val="5"/>
  </w:num>
  <w:num w:numId="4" w16cid:durableId="1215846410">
    <w:abstractNumId w:val="4"/>
  </w:num>
  <w:num w:numId="5" w16cid:durableId="1323045000">
    <w:abstractNumId w:val="7"/>
  </w:num>
  <w:num w:numId="6" w16cid:durableId="813761116">
    <w:abstractNumId w:val="3"/>
  </w:num>
  <w:num w:numId="7" w16cid:durableId="1989166883">
    <w:abstractNumId w:val="2"/>
  </w:num>
  <w:num w:numId="8" w16cid:durableId="1551260068">
    <w:abstractNumId w:val="1"/>
  </w:num>
  <w:num w:numId="9" w16cid:durableId="442464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00FAF"/>
    <w:rsid w:val="00813D06"/>
    <w:rsid w:val="00864AD9"/>
    <w:rsid w:val="009427CC"/>
    <w:rsid w:val="00AA1D8D"/>
    <w:rsid w:val="00AD0AB0"/>
    <w:rsid w:val="00B47730"/>
    <w:rsid w:val="00CB0664"/>
    <w:rsid w:val="00CB5C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6588F8"/>
  <w14:defaultImageDpi w14:val="300"/>
  <w15:docId w15:val="{3648520A-34AD-ED40-A37F-C7778B0E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fatimaa.abdollahi@gmail.com</cp:lastModifiedBy>
  <cp:revision>2</cp:revision>
  <dcterms:created xsi:type="dcterms:W3CDTF">2026-06-02T10:37:00Z</dcterms:created>
  <dcterms:modified xsi:type="dcterms:W3CDTF">2026-06-02T10:37:00Z</dcterms:modified>
  <cp:category/>
</cp:coreProperties>
</file>